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845147" w14:textId="77777777" w:rsidR="00AD0FF9" w:rsidRDefault="00000000" w:rsidP="00786CE4">
      <w:pPr>
        <w:pBdr>
          <w:bottom w:val="single" w:sz="8" w:space="4" w:color="2BADB3"/>
        </w:pBdr>
        <w:bidi/>
        <w:spacing w:after="160"/>
        <w:rPr>
          <w:rFonts w:hint="eastAsia"/>
        </w:rPr>
      </w:pPr>
      <w:r>
        <w:rPr>
          <w:rFonts w:ascii="Noto Kufi Arabic" w:hAnsi="Noto Kufi Arabic" w:cs="Noto Kufi Arabic"/>
          <w:b/>
          <w:color w:val="2F6F98"/>
          <w:sz w:val="36"/>
          <w:rtl/>
          <w:lang w:val="ar-SA"/>
        </w:rPr>
        <w:t>صيغة خطاب اعتراض على الصندوق العقاري</w:t>
      </w:r>
    </w:p>
    <w:p w14:paraId="7D2EEBAD" w14:textId="77777777" w:rsidR="00AD0FF9" w:rsidRDefault="00000000" w:rsidP="00786CE4">
      <w:pPr>
        <w:bidi/>
        <w:spacing w:after="160"/>
        <w:rPr>
          <w:rFonts w:hint="eastAsia"/>
        </w:rPr>
      </w:pPr>
      <w:r>
        <w:rPr>
          <w:sz w:val="26"/>
          <w:rtl/>
          <w:lang w:val="ar-SA"/>
        </w:rPr>
        <w:t>فيما يلي نموذج خطاب اعتراض رسمي على قرار صادر من صندوق التنمية العقارية، ويمكن تعديل البيانات والتفاصيل حسب حالة مقدم الطلب وسبب الاعتراض:</w:t>
      </w:r>
    </w:p>
    <w:tbl>
      <w:tblPr>
        <w:tblW w:w="0" w:type="auto"/>
        <w:jc w:val="center"/>
        <w:tblLook w:val="04A0" w:firstRow="1" w:lastRow="0" w:firstColumn="1" w:lastColumn="0" w:noHBand="0" w:noVBand="1"/>
      </w:tblPr>
      <w:tblGrid>
        <w:gridCol w:w="4500"/>
        <w:gridCol w:w="4500"/>
      </w:tblGrid>
      <w:tr w:rsidR="00AD0FF9" w14:paraId="1918C39B" w14:textId="77777777">
        <w:trPr>
          <w:jc w:val="center"/>
        </w:trPr>
        <w:tc>
          <w:tcPr>
            <w:tcW w:w="4500" w:type="dxa"/>
            <w:vAlign w:val="center"/>
          </w:tcPr>
          <w:p w14:paraId="0C1458B7" w14:textId="77777777" w:rsidR="00AD0FF9" w:rsidRDefault="00000000" w:rsidP="00786CE4">
            <w:pPr>
              <w:bidi/>
              <w:rPr>
                <w:rFonts w:hint="eastAsia"/>
              </w:rPr>
            </w:pPr>
            <w:r>
              <w:rPr>
                <w:sz w:val="24"/>
                <w:rtl/>
                <w:lang w:val="ar-SA"/>
              </w:rPr>
              <w:t>[اسم مقدم الطلب]</w:t>
            </w:r>
          </w:p>
        </w:tc>
        <w:tc>
          <w:tcPr>
            <w:tcW w:w="4500" w:type="dxa"/>
            <w:shd w:val="clear" w:color="auto" w:fill="EAF7F8"/>
            <w:vAlign w:val="center"/>
          </w:tcPr>
          <w:p w14:paraId="039C2A8B" w14:textId="77777777" w:rsidR="00AD0FF9" w:rsidRDefault="00000000" w:rsidP="00786CE4">
            <w:pPr>
              <w:bidi/>
              <w:rPr>
                <w:rFonts w:hint="eastAsia"/>
              </w:rPr>
            </w:pPr>
            <w:r>
              <w:rPr>
                <w:b/>
                <w:color w:val="2F6F98"/>
                <w:sz w:val="24"/>
                <w:rtl/>
                <w:lang w:val="ar-SA"/>
              </w:rPr>
              <w:t>اسم مقدم الطلب</w:t>
            </w:r>
          </w:p>
        </w:tc>
      </w:tr>
      <w:tr w:rsidR="00AD0FF9" w14:paraId="3D58143B" w14:textId="77777777">
        <w:trPr>
          <w:jc w:val="center"/>
        </w:trPr>
        <w:tc>
          <w:tcPr>
            <w:tcW w:w="4500" w:type="dxa"/>
            <w:vAlign w:val="center"/>
          </w:tcPr>
          <w:p w14:paraId="6614D21F" w14:textId="77777777" w:rsidR="00AD0FF9" w:rsidRDefault="00000000" w:rsidP="00786CE4">
            <w:pPr>
              <w:bidi/>
              <w:rPr>
                <w:rFonts w:hint="eastAsia"/>
              </w:rPr>
            </w:pPr>
            <w:r>
              <w:rPr>
                <w:sz w:val="24"/>
                <w:rtl/>
                <w:lang w:val="ar-SA"/>
              </w:rPr>
              <w:t>[العنوان]</w:t>
            </w:r>
          </w:p>
        </w:tc>
        <w:tc>
          <w:tcPr>
            <w:tcW w:w="4500" w:type="dxa"/>
            <w:shd w:val="clear" w:color="auto" w:fill="EAF7F8"/>
            <w:vAlign w:val="center"/>
          </w:tcPr>
          <w:p w14:paraId="47CDCDAC" w14:textId="77777777" w:rsidR="00AD0FF9" w:rsidRDefault="00000000" w:rsidP="00786CE4">
            <w:pPr>
              <w:bidi/>
              <w:rPr>
                <w:rFonts w:hint="eastAsia"/>
              </w:rPr>
            </w:pPr>
            <w:r>
              <w:rPr>
                <w:b/>
                <w:color w:val="2F6F98"/>
                <w:sz w:val="24"/>
                <w:rtl/>
                <w:lang w:val="ar-SA"/>
              </w:rPr>
              <w:t>العنوان</w:t>
            </w:r>
          </w:p>
        </w:tc>
      </w:tr>
      <w:tr w:rsidR="00AD0FF9" w14:paraId="3FD24482" w14:textId="77777777">
        <w:trPr>
          <w:jc w:val="center"/>
        </w:trPr>
        <w:tc>
          <w:tcPr>
            <w:tcW w:w="4500" w:type="dxa"/>
            <w:vAlign w:val="center"/>
          </w:tcPr>
          <w:p w14:paraId="770CDF9E" w14:textId="77777777" w:rsidR="00AD0FF9" w:rsidRDefault="00000000" w:rsidP="00786CE4">
            <w:pPr>
              <w:bidi/>
              <w:rPr>
                <w:rFonts w:hint="eastAsia"/>
              </w:rPr>
            </w:pPr>
            <w:r>
              <w:rPr>
                <w:sz w:val="24"/>
                <w:rtl/>
                <w:lang w:val="ar-SA"/>
              </w:rPr>
              <w:t>[رقم الهوية الوطنية]</w:t>
            </w:r>
          </w:p>
        </w:tc>
        <w:tc>
          <w:tcPr>
            <w:tcW w:w="4500" w:type="dxa"/>
            <w:shd w:val="clear" w:color="auto" w:fill="EAF7F8"/>
            <w:vAlign w:val="center"/>
          </w:tcPr>
          <w:p w14:paraId="43EB957A" w14:textId="77777777" w:rsidR="00AD0FF9" w:rsidRDefault="00000000" w:rsidP="00786CE4">
            <w:pPr>
              <w:bidi/>
              <w:rPr>
                <w:rFonts w:hint="eastAsia"/>
              </w:rPr>
            </w:pPr>
            <w:r>
              <w:rPr>
                <w:b/>
                <w:color w:val="2F6F98"/>
                <w:sz w:val="24"/>
                <w:rtl/>
                <w:lang w:val="ar-SA"/>
              </w:rPr>
              <w:t>رقم الهوية الوطنية</w:t>
            </w:r>
          </w:p>
        </w:tc>
      </w:tr>
      <w:tr w:rsidR="00AD0FF9" w14:paraId="5BE9370D" w14:textId="77777777">
        <w:trPr>
          <w:jc w:val="center"/>
        </w:trPr>
        <w:tc>
          <w:tcPr>
            <w:tcW w:w="4500" w:type="dxa"/>
            <w:vAlign w:val="center"/>
          </w:tcPr>
          <w:p w14:paraId="009B0B3E" w14:textId="77777777" w:rsidR="00AD0FF9" w:rsidRDefault="00000000" w:rsidP="00786CE4">
            <w:pPr>
              <w:bidi/>
              <w:rPr>
                <w:rFonts w:hint="eastAsia"/>
              </w:rPr>
            </w:pPr>
            <w:r>
              <w:rPr>
                <w:sz w:val="24"/>
                <w:rtl/>
                <w:lang w:val="ar-SA"/>
              </w:rPr>
              <w:t>[رقم الجوال]</w:t>
            </w:r>
          </w:p>
        </w:tc>
        <w:tc>
          <w:tcPr>
            <w:tcW w:w="4500" w:type="dxa"/>
            <w:shd w:val="clear" w:color="auto" w:fill="EAF7F8"/>
            <w:vAlign w:val="center"/>
          </w:tcPr>
          <w:p w14:paraId="570AFF19" w14:textId="77777777" w:rsidR="00AD0FF9" w:rsidRDefault="00000000" w:rsidP="00786CE4">
            <w:pPr>
              <w:bidi/>
              <w:rPr>
                <w:rFonts w:hint="eastAsia"/>
              </w:rPr>
            </w:pPr>
            <w:r>
              <w:rPr>
                <w:b/>
                <w:color w:val="2F6F98"/>
                <w:sz w:val="24"/>
                <w:rtl/>
                <w:lang w:val="ar-SA"/>
              </w:rPr>
              <w:t>رقم الجوال</w:t>
            </w:r>
          </w:p>
        </w:tc>
      </w:tr>
      <w:tr w:rsidR="00AD0FF9" w14:paraId="5DC4B34D" w14:textId="77777777">
        <w:trPr>
          <w:jc w:val="center"/>
        </w:trPr>
        <w:tc>
          <w:tcPr>
            <w:tcW w:w="4500" w:type="dxa"/>
            <w:vAlign w:val="center"/>
          </w:tcPr>
          <w:p w14:paraId="1CF1D247" w14:textId="77777777" w:rsidR="00AD0FF9" w:rsidRDefault="00000000" w:rsidP="00786CE4">
            <w:pPr>
              <w:bidi/>
              <w:rPr>
                <w:rFonts w:hint="eastAsia"/>
              </w:rPr>
            </w:pPr>
            <w:r>
              <w:rPr>
                <w:sz w:val="24"/>
                <w:rtl/>
                <w:lang w:val="ar-SA"/>
              </w:rPr>
              <w:t>[البريد الإلكتروني]</w:t>
            </w:r>
          </w:p>
        </w:tc>
        <w:tc>
          <w:tcPr>
            <w:tcW w:w="4500" w:type="dxa"/>
            <w:shd w:val="clear" w:color="auto" w:fill="EAF7F8"/>
            <w:vAlign w:val="center"/>
          </w:tcPr>
          <w:p w14:paraId="041CBE7F" w14:textId="77777777" w:rsidR="00AD0FF9" w:rsidRDefault="00000000" w:rsidP="00786CE4">
            <w:pPr>
              <w:bidi/>
              <w:rPr>
                <w:rFonts w:hint="eastAsia"/>
              </w:rPr>
            </w:pPr>
            <w:r>
              <w:rPr>
                <w:b/>
                <w:color w:val="2F6F98"/>
                <w:sz w:val="24"/>
                <w:rtl/>
                <w:lang w:val="ar-SA"/>
              </w:rPr>
              <w:t>البريد الإلكتروني</w:t>
            </w:r>
          </w:p>
        </w:tc>
      </w:tr>
    </w:tbl>
    <w:p w14:paraId="5E1F6E68" w14:textId="77777777" w:rsidR="00AD0FF9" w:rsidRDefault="00AD0FF9" w:rsidP="00786CE4">
      <w:pPr>
        <w:bidi/>
        <w:spacing w:after="40"/>
        <w:rPr>
          <w:rFonts w:hint="eastAsia"/>
        </w:rPr>
      </w:pPr>
    </w:p>
    <w:p w14:paraId="76DB7906" w14:textId="77777777" w:rsidR="00AD0FF9" w:rsidRDefault="00000000" w:rsidP="00786CE4">
      <w:pPr>
        <w:bidi/>
        <w:spacing w:after="160"/>
        <w:rPr>
          <w:rFonts w:hint="eastAsia"/>
        </w:rPr>
      </w:pPr>
      <w:r>
        <w:rPr>
          <w:b/>
          <w:rtl/>
          <w:lang w:val="ar-SA"/>
        </w:rPr>
        <w:t>التاريخ: [يوم/شهر/سنة]</w:t>
      </w:r>
    </w:p>
    <w:p w14:paraId="5CBED4F0" w14:textId="77777777" w:rsidR="00AD0FF9" w:rsidRDefault="00000000" w:rsidP="00786CE4">
      <w:pPr>
        <w:bidi/>
        <w:spacing w:after="40"/>
        <w:rPr>
          <w:rFonts w:hint="eastAsia"/>
        </w:rPr>
      </w:pPr>
      <w:r>
        <w:rPr>
          <w:b/>
          <w:rtl/>
          <w:lang w:val="ar-SA"/>
        </w:rPr>
        <w:t>إلى سعادة/ مسؤول قسم الاعتراضات</w:t>
      </w:r>
    </w:p>
    <w:p w14:paraId="1FFBDB79" w14:textId="77777777" w:rsidR="00AD0FF9" w:rsidRDefault="00000000" w:rsidP="00786CE4">
      <w:pPr>
        <w:bidi/>
        <w:spacing w:after="40"/>
        <w:rPr>
          <w:rFonts w:hint="eastAsia"/>
        </w:rPr>
      </w:pPr>
      <w:r>
        <w:rPr>
          <w:b/>
          <w:rtl/>
          <w:lang w:val="ar-SA"/>
        </w:rPr>
        <w:t>صندوق التنمية العقارية</w:t>
      </w:r>
    </w:p>
    <w:p w14:paraId="1C1F7418" w14:textId="77777777" w:rsidR="00AD0FF9" w:rsidRDefault="00000000" w:rsidP="00786CE4">
      <w:pPr>
        <w:bidi/>
        <w:spacing w:after="160"/>
        <w:rPr>
          <w:rFonts w:hint="eastAsia"/>
        </w:rPr>
      </w:pPr>
      <w:r>
        <w:rPr>
          <w:rtl/>
          <w:lang w:val="ar-SA"/>
        </w:rPr>
        <w:t>حفظكم الله</w:t>
      </w:r>
    </w:p>
    <w:p w14:paraId="7DB58CF7" w14:textId="77777777" w:rsidR="00AD0FF9" w:rsidRDefault="00000000" w:rsidP="00786CE4">
      <w:pPr>
        <w:bidi/>
        <w:spacing w:after="160"/>
        <w:rPr>
          <w:rFonts w:hint="eastAsia"/>
        </w:rPr>
      </w:pPr>
      <w:r>
        <w:rPr>
          <w:b/>
          <w:color w:val="2F6F98"/>
          <w:rtl/>
          <w:lang w:val="ar-SA"/>
        </w:rPr>
        <w:t>الموضوع: اعتراض على قرار [رفض القرض العقاري/تقليص مبلغ القرض/إيقاف الدعم العقاري]</w:t>
      </w:r>
    </w:p>
    <w:p w14:paraId="38EDCE2D" w14:textId="77777777" w:rsidR="00AD0FF9" w:rsidRDefault="00000000" w:rsidP="00786CE4">
      <w:pPr>
        <w:bidi/>
        <w:spacing w:after="160"/>
        <w:rPr>
          <w:rFonts w:hint="eastAsia"/>
        </w:rPr>
      </w:pPr>
      <w:r>
        <w:rPr>
          <w:rtl/>
          <w:lang w:val="ar-SA"/>
        </w:rPr>
        <w:t>السلام عليكم ورحمة الله وبركاته،،</w:t>
      </w:r>
    </w:p>
    <w:p w14:paraId="160B644D" w14:textId="77777777" w:rsidR="00AD0FF9" w:rsidRDefault="00000000" w:rsidP="00786CE4">
      <w:pPr>
        <w:bidi/>
        <w:spacing w:after="140"/>
        <w:rPr>
          <w:rFonts w:hint="eastAsia"/>
        </w:rPr>
      </w:pPr>
      <w:r>
        <w:rPr>
          <w:rtl/>
          <w:lang w:val="ar-SA"/>
        </w:rPr>
        <w:t>أتقدم إلى سعادتكم بهذا الخطاب للاعتراض على القرار الصادر من صندوق التنمية العقارية بشأن [توضيح موضوع الاعتراض، مثل: رفض طلب الحصول على قرض عقاري، أو تقليص مبلغ القرض، أو إيقاف الدعم العقاري]، وذلك بتاريخ [تاريخ صدور القرار].</w:t>
      </w:r>
    </w:p>
    <w:p w14:paraId="4E138A2E" w14:textId="77777777" w:rsidR="00AD0FF9" w:rsidRDefault="00000000" w:rsidP="00786CE4">
      <w:pPr>
        <w:bidi/>
        <w:spacing w:after="140"/>
        <w:rPr>
          <w:rFonts w:hint="eastAsia"/>
        </w:rPr>
      </w:pPr>
      <w:r>
        <w:rPr>
          <w:rtl/>
          <w:lang w:val="ar-SA"/>
        </w:rPr>
        <w:t>أفيدكم بأنني قد تقدمت بطلب الاستفادة من خدمات الصندوق العقاري وفقًا للشروط والضوابط المعتمدة، وكنت آمل أن يتم النظر في طلبي بما يتوافق مع الأنظمة والإجراءات المتبعة. إلا أنني فوجئت بصدور القرار المشار إليه أعلاه، والذي أرى أنه يحتاج إلى إعادة دراسة ومراجعة، نظرًا لما ترتب عليه من ضرر مباشر على وضعي السكني والمالي.</w:t>
      </w:r>
    </w:p>
    <w:p w14:paraId="5EA8E6FE" w14:textId="77777777" w:rsidR="00AD0FF9" w:rsidRDefault="00000000" w:rsidP="00786CE4">
      <w:pPr>
        <w:bidi/>
        <w:spacing w:after="140"/>
        <w:rPr>
          <w:rFonts w:hint="eastAsia"/>
        </w:rPr>
      </w:pPr>
      <w:r>
        <w:rPr>
          <w:rtl/>
          <w:lang w:val="ar-SA"/>
        </w:rPr>
        <w:t>وقد تم إبلاغي بأن سبب القرار هو [ذكر سبب الرفض أو الإجراء إن وجد]، إلا أنني أرى أن هذا السبب غير دقيق أو لا يعكس حالتي بشكل كامل، وذلك للأسباب التالية:</w:t>
      </w:r>
    </w:p>
    <w:p w14:paraId="10B287C7" w14:textId="77777777" w:rsidR="00AD0FF9" w:rsidRDefault="00000000" w:rsidP="00786CE4">
      <w:pPr>
        <w:bidi/>
        <w:spacing w:after="80"/>
        <w:rPr>
          <w:rFonts w:hint="eastAsia"/>
        </w:rPr>
      </w:pPr>
      <w:r>
        <w:rPr>
          <w:rtl/>
          <w:lang w:val="ar-SA"/>
        </w:rPr>
        <w:t>1. [ذكر السبب الأول للاعتراض، مثل وجود خطأ في البيانات أو نقص في المستندات أو سوء فهم لحالة الطلب].</w:t>
      </w:r>
    </w:p>
    <w:p w14:paraId="2C0F872E" w14:textId="77777777" w:rsidR="00AD0FF9" w:rsidRDefault="00000000" w:rsidP="00786CE4">
      <w:pPr>
        <w:bidi/>
        <w:spacing w:after="80"/>
        <w:rPr>
          <w:rFonts w:hint="eastAsia"/>
        </w:rPr>
      </w:pPr>
      <w:r>
        <w:rPr>
          <w:rtl/>
          <w:lang w:val="ar-SA"/>
        </w:rPr>
        <w:t>2. [ذكر السبب الثاني، مثل استيفاء الشروط المطلوبة أو وجود مستندات تثبت الأهلية].</w:t>
      </w:r>
    </w:p>
    <w:p w14:paraId="6AC1B7CA" w14:textId="77777777" w:rsidR="00AD0FF9" w:rsidRDefault="00000000" w:rsidP="00786CE4">
      <w:pPr>
        <w:bidi/>
        <w:spacing w:after="80"/>
        <w:rPr>
          <w:rFonts w:hint="eastAsia"/>
        </w:rPr>
      </w:pPr>
      <w:r>
        <w:rPr>
          <w:rtl/>
          <w:lang w:val="ar-SA"/>
        </w:rPr>
        <w:t>3. [ذكر أي ظروف خاصة، مثل الالتزامات الأسرية أو الحاجة السكنية أو أي ظروف اجتماعية مؤثرة].</w:t>
      </w:r>
    </w:p>
    <w:p w14:paraId="24B4B68C" w14:textId="77777777" w:rsidR="00AD0FF9" w:rsidRDefault="00000000" w:rsidP="00786CE4">
      <w:pPr>
        <w:bidi/>
        <w:spacing w:after="140"/>
        <w:rPr>
          <w:rFonts w:hint="eastAsia"/>
        </w:rPr>
      </w:pPr>
      <w:r>
        <w:rPr>
          <w:rtl/>
          <w:lang w:val="ar-SA"/>
        </w:rPr>
        <w:t>كما أرفق لسعادتكم المستندات الداعمة لاعتراضي، والتي توضح أحقيتي في إعادة النظر في القرار، ومنها:</w:t>
      </w:r>
    </w:p>
    <w:p w14:paraId="43CBDD7E" w14:textId="77777777" w:rsidR="00AD0FF9" w:rsidRDefault="00000000" w:rsidP="00786CE4">
      <w:pPr>
        <w:bidi/>
        <w:spacing w:after="60"/>
        <w:rPr>
          <w:rFonts w:hint="eastAsia"/>
        </w:rPr>
      </w:pPr>
      <w:r>
        <w:rPr>
          <w:rtl/>
          <w:lang w:val="ar-SA"/>
        </w:rPr>
        <w:t>- صورة من الهوية الوطنية.</w:t>
      </w:r>
    </w:p>
    <w:p w14:paraId="7EFD134B" w14:textId="77777777" w:rsidR="00AD0FF9" w:rsidRDefault="00000000" w:rsidP="00786CE4">
      <w:pPr>
        <w:bidi/>
        <w:spacing w:after="60"/>
        <w:rPr>
          <w:rFonts w:hint="eastAsia"/>
        </w:rPr>
      </w:pPr>
      <w:r>
        <w:rPr>
          <w:rtl/>
          <w:lang w:val="ar-SA"/>
        </w:rPr>
        <w:t>- صورة من قرار الرفض أو الإشعار محل الاعتراض.</w:t>
      </w:r>
    </w:p>
    <w:p w14:paraId="4DDA335C" w14:textId="77777777" w:rsidR="00AD0FF9" w:rsidRDefault="00000000" w:rsidP="00786CE4">
      <w:pPr>
        <w:bidi/>
        <w:spacing w:after="60"/>
        <w:rPr>
          <w:rFonts w:hint="eastAsia"/>
        </w:rPr>
      </w:pPr>
      <w:r>
        <w:rPr>
          <w:rtl/>
          <w:lang w:val="ar-SA"/>
        </w:rPr>
        <w:t>- المستندات المالية أو السكنية ذات العلاقة.</w:t>
      </w:r>
    </w:p>
    <w:p w14:paraId="46F127DD" w14:textId="77777777" w:rsidR="00AD0FF9" w:rsidRDefault="00000000" w:rsidP="00786CE4">
      <w:pPr>
        <w:bidi/>
        <w:spacing w:after="60"/>
        <w:rPr>
          <w:rFonts w:hint="eastAsia"/>
        </w:rPr>
      </w:pPr>
      <w:r>
        <w:rPr>
          <w:rtl/>
          <w:lang w:val="ar-SA"/>
        </w:rPr>
        <w:t>- أي وثائق أخرى تدعم الطلب.</w:t>
      </w:r>
    </w:p>
    <w:p w14:paraId="2C932227" w14:textId="77777777" w:rsidR="00AD0FF9" w:rsidRDefault="00000000" w:rsidP="00786CE4">
      <w:pPr>
        <w:bidi/>
        <w:spacing w:after="140"/>
        <w:rPr>
          <w:rFonts w:hint="eastAsia"/>
        </w:rPr>
      </w:pPr>
      <w:r>
        <w:rPr>
          <w:rtl/>
          <w:lang w:val="ar-SA"/>
        </w:rPr>
        <w:t>لذلك، ألتمس من سعادتكم التكرم بإعادة دراسة طلبي ومراجعة القرار الصادر بحقي، واتخاذ ما يلزم من إجراءات لتصحيح الوضع في حال ثبوت أحقيتي، سواء بالموافقة على الطلب أو تعديل مبلغ القرض أو إعادة الدعم العقاري، بحسب ما ترونه مناسبًا وفقًا للأنظمة المعمول بها.</w:t>
      </w:r>
    </w:p>
    <w:p w14:paraId="2391F5FB" w14:textId="77777777" w:rsidR="00AD0FF9" w:rsidRDefault="00000000" w:rsidP="00786CE4">
      <w:pPr>
        <w:bidi/>
        <w:spacing w:after="160"/>
        <w:rPr>
          <w:rFonts w:hint="eastAsia"/>
        </w:rPr>
      </w:pPr>
      <w:r>
        <w:rPr>
          <w:rtl/>
          <w:lang w:val="ar-SA"/>
        </w:rPr>
        <w:t>شاكرًا لكم حسن تعاونكم واهتمامكم، وآمل أن يحظى اعتراضي بعنايتكم، وأن يتم الرد عليّ في أقرب وقت ممكن.</w:t>
      </w:r>
    </w:p>
    <w:p w14:paraId="3196606C" w14:textId="77777777" w:rsidR="00AD0FF9" w:rsidRDefault="00000000" w:rsidP="00786CE4">
      <w:pPr>
        <w:bidi/>
        <w:spacing w:after="280"/>
        <w:rPr>
          <w:rFonts w:hint="eastAsia"/>
        </w:rPr>
      </w:pPr>
      <w:r>
        <w:rPr>
          <w:rtl/>
          <w:lang w:val="ar-SA"/>
        </w:rPr>
        <w:t>وتفضلوا بقبول فائق الاحترام والتقدير،،</w:t>
      </w:r>
    </w:p>
    <w:tbl>
      <w:tblPr>
        <w:tblW w:w="0" w:type="auto"/>
        <w:jc w:val="center"/>
        <w:tblLook w:val="04A0" w:firstRow="1" w:lastRow="0" w:firstColumn="1" w:lastColumn="0" w:noHBand="0" w:noVBand="1"/>
      </w:tblPr>
      <w:tblGrid>
        <w:gridCol w:w="5112"/>
        <w:gridCol w:w="5112"/>
      </w:tblGrid>
      <w:tr w:rsidR="00AD0FF9" w14:paraId="01ED9400" w14:textId="77777777">
        <w:trPr>
          <w:jc w:val="center"/>
        </w:trPr>
        <w:tc>
          <w:tcPr>
            <w:tcW w:w="5112" w:type="dxa"/>
            <w:vAlign w:val="center"/>
          </w:tcPr>
          <w:p w14:paraId="70FDD896" w14:textId="77777777" w:rsidR="00AD0FF9" w:rsidRDefault="00000000" w:rsidP="00786CE4">
            <w:pPr>
              <w:bidi/>
              <w:rPr>
                <w:rFonts w:hint="eastAsia"/>
              </w:rPr>
            </w:pPr>
            <w:r>
              <w:rPr>
                <w:sz w:val="24"/>
                <w:rtl/>
                <w:lang w:val="ar-SA"/>
              </w:rPr>
              <w:lastRenderedPageBreak/>
              <w:t>[اسم مقدم الطلب]</w:t>
            </w:r>
          </w:p>
        </w:tc>
        <w:tc>
          <w:tcPr>
            <w:tcW w:w="5112" w:type="dxa"/>
            <w:shd w:val="clear" w:color="auto" w:fill="EAF7F8"/>
            <w:vAlign w:val="center"/>
          </w:tcPr>
          <w:p w14:paraId="556AEC06" w14:textId="77777777" w:rsidR="00AD0FF9" w:rsidRDefault="00000000" w:rsidP="00786CE4">
            <w:pPr>
              <w:bidi/>
              <w:rPr>
                <w:rFonts w:hint="eastAsia"/>
              </w:rPr>
            </w:pPr>
            <w:r>
              <w:rPr>
                <w:b/>
                <w:color w:val="2F6F98"/>
                <w:sz w:val="24"/>
                <w:rtl/>
                <w:lang w:val="ar-SA"/>
              </w:rPr>
              <w:t>مقدمه لسعادتكم</w:t>
            </w:r>
          </w:p>
        </w:tc>
      </w:tr>
      <w:tr w:rsidR="00AD0FF9" w14:paraId="7C37E795" w14:textId="77777777">
        <w:trPr>
          <w:jc w:val="center"/>
        </w:trPr>
        <w:tc>
          <w:tcPr>
            <w:tcW w:w="5112" w:type="dxa"/>
            <w:vAlign w:val="center"/>
          </w:tcPr>
          <w:p w14:paraId="1253741B" w14:textId="77777777" w:rsidR="00AD0FF9" w:rsidRDefault="00000000" w:rsidP="00786CE4">
            <w:pPr>
              <w:bidi/>
              <w:rPr>
                <w:rFonts w:hint="eastAsia"/>
              </w:rPr>
            </w:pPr>
            <w:r>
              <w:rPr>
                <w:sz w:val="24"/>
                <w:rtl/>
                <w:lang w:val="ar-SA"/>
              </w:rPr>
              <w:t>[رقم الهوية]</w:t>
            </w:r>
          </w:p>
        </w:tc>
        <w:tc>
          <w:tcPr>
            <w:tcW w:w="5112" w:type="dxa"/>
            <w:shd w:val="clear" w:color="auto" w:fill="EAF7F8"/>
            <w:vAlign w:val="center"/>
          </w:tcPr>
          <w:p w14:paraId="2699FAD1" w14:textId="77777777" w:rsidR="00AD0FF9" w:rsidRDefault="00000000" w:rsidP="00786CE4">
            <w:pPr>
              <w:bidi/>
              <w:rPr>
                <w:rFonts w:hint="eastAsia"/>
              </w:rPr>
            </w:pPr>
            <w:r>
              <w:rPr>
                <w:b/>
                <w:color w:val="2F6F98"/>
                <w:sz w:val="24"/>
                <w:rtl/>
                <w:lang w:val="ar-SA"/>
              </w:rPr>
              <w:t>رقم الهوية الوطنية</w:t>
            </w:r>
          </w:p>
        </w:tc>
      </w:tr>
      <w:tr w:rsidR="00AD0FF9" w14:paraId="09DB5428" w14:textId="77777777">
        <w:trPr>
          <w:jc w:val="center"/>
        </w:trPr>
        <w:tc>
          <w:tcPr>
            <w:tcW w:w="5112" w:type="dxa"/>
            <w:vAlign w:val="center"/>
          </w:tcPr>
          <w:p w14:paraId="07BC4029" w14:textId="77777777" w:rsidR="00AD0FF9" w:rsidRDefault="00000000" w:rsidP="00786CE4">
            <w:pPr>
              <w:bidi/>
              <w:rPr>
                <w:rFonts w:hint="eastAsia"/>
              </w:rPr>
            </w:pPr>
            <w:r>
              <w:rPr>
                <w:sz w:val="24"/>
                <w:rtl/>
                <w:lang w:val="ar-SA"/>
              </w:rPr>
              <w:t>[رقم الجوال]</w:t>
            </w:r>
          </w:p>
        </w:tc>
        <w:tc>
          <w:tcPr>
            <w:tcW w:w="5112" w:type="dxa"/>
            <w:shd w:val="clear" w:color="auto" w:fill="EAF7F8"/>
            <w:vAlign w:val="center"/>
          </w:tcPr>
          <w:p w14:paraId="5BF61047" w14:textId="77777777" w:rsidR="00AD0FF9" w:rsidRDefault="00000000" w:rsidP="00786CE4">
            <w:pPr>
              <w:bidi/>
              <w:rPr>
                <w:rFonts w:hint="eastAsia"/>
              </w:rPr>
            </w:pPr>
            <w:r>
              <w:rPr>
                <w:b/>
                <w:color w:val="2F6F98"/>
                <w:sz w:val="24"/>
                <w:rtl/>
                <w:lang w:val="ar-SA"/>
              </w:rPr>
              <w:t>رقم الجوال</w:t>
            </w:r>
          </w:p>
        </w:tc>
      </w:tr>
      <w:tr w:rsidR="00AD0FF9" w14:paraId="0F919168" w14:textId="77777777">
        <w:trPr>
          <w:jc w:val="center"/>
        </w:trPr>
        <w:tc>
          <w:tcPr>
            <w:tcW w:w="5112" w:type="dxa"/>
            <w:vAlign w:val="center"/>
          </w:tcPr>
          <w:p w14:paraId="3E382646" w14:textId="77777777" w:rsidR="00AD0FF9" w:rsidRDefault="00000000" w:rsidP="00786CE4">
            <w:pPr>
              <w:bidi/>
              <w:rPr>
                <w:rFonts w:hint="eastAsia"/>
              </w:rPr>
            </w:pPr>
            <w:r>
              <w:rPr>
                <w:sz w:val="24"/>
                <w:rtl/>
                <w:lang w:val="ar-SA"/>
              </w:rPr>
              <w:t>[التوقيع]</w:t>
            </w:r>
          </w:p>
        </w:tc>
        <w:tc>
          <w:tcPr>
            <w:tcW w:w="5112" w:type="dxa"/>
            <w:shd w:val="clear" w:color="auto" w:fill="EAF7F8"/>
            <w:vAlign w:val="center"/>
          </w:tcPr>
          <w:p w14:paraId="0B21178F" w14:textId="77777777" w:rsidR="00AD0FF9" w:rsidRDefault="00000000" w:rsidP="00786CE4">
            <w:pPr>
              <w:bidi/>
              <w:rPr>
                <w:rFonts w:hint="eastAsia"/>
              </w:rPr>
            </w:pPr>
            <w:r>
              <w:rPr>
                <w:b/>
                <w:color w:val="2F6F98"/>
                <w:sz w:val="24"/>
                <w:rtl/>
                <w:lang w:val="ar-SA"/>
              </w:rPr>
              <w:t>التوقيع</w:t>
            </w:r>
          </w:p>
        </w:tc>
      </w:tr>
    </w:tbl>
    <w:p w14:paraId="5E840F0F" w14:textId="77777777" w:rsidR="00616E51" w:rsidRDefault="00616E51" w:rsidP="00786CE4">
      <w:pPr>
        <w:bidi/>
      </w:pPr>
    </w:p>
    <w:sectPr w:rsidR="00616E51" w:rsidSect="00034616">
      <w:headerReference w:type="even" r:id="rId8"/>
      <w:headerReference w:type="default" r:id="rId9"/>
      <w:footerReference w:type="even" r:id="rId10"/>
      <w:footerReference w:type="default" r:id="rId11"/>
      <w:headerReference w:type="first" r:id="rId12"/>
      <w:footerReference w:type="first" r:id="rId13"/>
      <w:pgSz w:w="12240" w:h="15840"/>
      <w:pgMar w:top="1008" w:right="1008" w:bottom="1008"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E62F13" w14:textId="77777777" w:rsidR="00616E51" w:rsidRDefault="00616E51">
      <w:pPr>
        <w:spacing w:after="0" w:line="240" w:lineRule="auto"/>
        <w:rPr>
          <w:rFonts w:hint="eastAsia"/>
        </w:rPr>
      </w:pPr>
      <w:r>
        <w:separator/>
      </w:r>
    </w:p>
  </w:endnote>
  <w:endnote w:type="continuationSeparator" w:id="0">
    <w:p w14:paraId="70590505" w14:textId="77777777" w:rsidR="00616E51" w:rsidRDefault="00616E51">
      <w:pPr>
        <w:spacing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Noto Naskh Arabic">
    <w:altName w:val="Cambria"/>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Noto Kufi Arabic">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8BD8EA" w14:textId="77777777" w:rsidR="00786CE4" w:rsidRDefault="00786CE4">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1806F0" w14:textId="77777777" w:rsidR="00AD0FF9" w:rsidRDefault="00000000">
    <w:pPr>
      <w:pStyle w:val="Footer"/>
      <w:bidi/>
      <w:jc w:val="center"/>
      <w:rPr>
        <w:rFonts w:hint="eastAsia"/>
      </w:rPr>
    </w:pPr>
    <w:r>
      <w:rPr>
        <w:color w:val="646464"/>
        <w:sz w:val="20"/>
        <w:rtl/>
        <w:lang w:val="ar-SA"/>
      </w:rPr>
      <w:t>نموذج قابل للتعديل - خطاب اعتراض على الصندوق العقاري</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2F9FF5" w14:textId="77777777" w:rsidR="00786CE4" w:rsidRDefault="00786CE4">
    <w:pPr>
      <w:pStyle w:val="Footer"/>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1EE7DC" w14:textId="77777777" w:rsidR="00616E51" w:rsidRDefault="00616E51">
      <w:pPr>
        <w:spacing w:after="0" w:line="240" w:lineRule="auto"/>
        <w:rPr>
          <w:rFonts w:hint="eastAsia"/>
        </w:rPr>
      </w:pPr>
      <w:r>
        <w:separator/>
      </w:r>
    </w:p>
  </w:footnote>
  <w:footnote w:type="continuationSeparator" w:id="0">
    <w:p w14:paraId="36D303D2" w14:textId="77777777" w:rsidR="00616E51" w:rsidRDefault="00616E51">
      <w:pPr>
        <w:spacing w:after="0" w:line="240" w:lineRule="auto"/>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F453CF" w14:textId="77777777" w:rsidR="00786CE4" w:rsidRDefault="00786CE4">
    <w:pPr>
      <w:pStyle w:val="Header"/>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CF614C" w14:textId="77777777" w:rsidR="00786CE4" w:rsidRDefault="00786CE4">
    <w:pPr>
      <w:pStyle w:val="Header"/>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D2D051" w14:textId="77777777" w:rsidR="00786CE4" w:rsidRDefault="00786CE4">
    <w:pPr>
      <w:pStyle w:val="Header"/>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413550197">
    <w:abstractNumId w:val="8"/>
  </w:num>
  <w:num w:numId="2" w16cid:durableId="400371334">
    <w:abstractNumId w:val="6"/>
  </w:num>
  <w:num w:numId="3" w16cid:durableId="1493569396">
    <w:abstractNumId w:val="5"/>
  </w:num>
  <w:num w:numId="4" w16cid:durableId="2036495166">
    <w:abstractNumId w:val="4"/>
  </w:num>
  <w:num w:numId="5" w16cid:durableId="822964311">
    <w:abstractNumId w:val="7"/>
  </w:num>
  <w:num w:numId="6" w16cid:durableId="702442694">
    <w:abstractNumId w:val="3"/>
  </w:num>
  <w:num w:numId="7" w16cid:durableId="971055419">
    <w:abstractNumId w:val="2"/>
  </w:num>
  <w:num w:numId="8" w16cid:durableId="1105734886">
    <w:abstractNumId w:val="1"/>
  </w:num>
  <w:num w:numId="9" w16cid:durableId="18877968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616E51"/>
    <w:rsid w:val="00786CE4"/>
    <w:rsid w:val="0088607F"/>
    <w:rsid w:val="00AA1D8D"/>
    <w:rsid w:val="00AD0FF9"/>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58C93D6"/>
  <w14:defaultImageDpi w14:val="300"/>
  <w15:docId w15:val="{DFC931EB-93A3-409F-A4FE-BA71121447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Noto Naskh Arabic" w:hAnsi="Noto Naskh Arabic" w:cs="Noto Naskh Arabic"/>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335</Words>
  <Characters>1914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2245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صيغة خطاب اعتراض على الصندوق العقاري</dc:title>
  <dc:subject>نموذج خطاب اعتراض رسمي على صندوق التنمية العقارية</dc:subject>
  <dc:creator/>
  <cp:keywords>صندوق التنمية العقارية، اعتراض، خطاب رسمي، السعودية</cp:keywords>
  <dc:description/>
  <cp:lastModifiedBy>LAPTOP SHOP</cp:lastModifiedBy>
  <cp:revision>3</cp:revision>
  <dcterms:created xsi:type="dcterms:W3CDTF">2013-12-23T23:15:00Z</dcterms:created>
  <dcterms:modified xsi:type="dcterms:W3CDTF">2026-07-01T19:44:00Z</dcterms:modified>
  <cp:category/>
</cp:coreProperties>
</file>