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439"/>
        <w:gridCol w:w="3439"/>
        <w:gridCol w:w="3439"/>
      </w:tblGrid>
      <w:tr w:rsidR="00CE0C70" w14:paraId="0E4E2C17" w14:textId="77777777">
        <w:trPr>
          <w:jc w:val="center"/>
        </w:trPr>
        <w:tc>
          <w:tcPr>
            <w:tcW w:w="3439" w:type="dxa"/>
            <w:shd w:val="clear" w:color="auto" w:fill="F2F7F7"/>
            <w:vAlign w:val="center"/>
          </w:tcPr>
          <w:p w14:paraId="2103C642" w14:textId="77777777" w:rsidR="00CE0C70" w:rsidRDefault="00000000" w:rsidP="00184567">
            <w:pPr>
              <w:bidi/>
            </w:pPr>
            <w:r>
              <w:t>محكمة: [اسم المحكمة]</w:t>
            </w:r>
          </w:p>
        </w:tc>
        <w:tc>
          <w:tcPr>
            <w:tcW w:w="3439" w:type="dxa"/>
            <w:shd w:val="clear" w:color="auto" w:fill="F2F7F7"/>
            <w:vAlign w:val="center"/>
          </w:tcPr>
          <w:p w14:paraId="28D9993C" w14:textId="77777777" w:rsidR="00CE0C70" w:rsidRDefault="00000000" w:rsidP="00184567">
            <w:pPr>
              <w:bidi/>
            </w:pPr>
            <w:r>
              <w:t>التاريخ: [يوم/شهر/سنة]</w:t>
            </w:r>
          </w:p>
        </w:tc>
        <w:tc>
          <w:tcPr>
            <w:tcW w:w="3439" w:type="dxa"/>
            <w:shd w:val="clear" w:color="auto" w:fill="F2F7F7"/>
            <w:vAlign w:val="center"/>
          </w:tcPr>
          <w:p w14:paraId="3ED862AC" w14:textId="77777777" w:rsidR="00CE0C70" w:rsidRDefault="00000000" w:rsidP="00184567">
            <w:pPr>
              <w:bidi/>
            </w:pPr>
            <w:r>
              <w:t>الموافق: [يوم/شهر/سنة هـ]</w:t>
            </w:r>
          </w:p>
        </w:tc>
      </w:tr>
    </w:tbl>
    <w:p w14:paraId="67FE2C65" w14:textId="77777777" w:rsidR="00CE0C70" w:rsidRDefault="00000000" w:rsidP="00184567">
      <w:pPr>
        <w:bidi/>
      </w:pPr>
      <w:r>
        <w:rPr>
          <w:b/>
          <w:sz w:val="40"/>
        </w:rPr>
        <w:t>عقد زواج سعودي</w:t>
      </w:r>
    </w:p>
    <w:p w14:paraId="1CFA07D1" w14:textId="77777777" w:rsidR="00CE0C70" w:rsidRDefault="00000000" w:rsidP="00184567">
      <w:pPr>
        <w:bidi/>
        <w:spacing w:after="120"/>
      </w:pPr>
      <w:r>
        <w:rPr>
          <w:sz w:val="23"/>
        </w:rPr>
        <w:t>الحمد لله وحده، والصلاة والسلام على من لا نبي بعده، أما بعد:</w:t>
      </w:r>
    </w:p>
    <w:p w14:paraId="3F0AB0B2" w14:textId="77777777" w:rsidR="00CE0C70" w:rsidRDefault="00000000" w:rsidP="00184567">
      <w:pPr>
        <w:bidi/>
        <w:spacing w:after="120"/>
      </w:pPr>
      <w:r>
        <w:rPr>
          <w:sz w:val="23"/>
        </w:rPr>
        <w:t>في يوم [اكتب اليوم] الموافق [اكتب التاريخ]، تم بحضور مأذون عقود الأنكحة/ [اسم المأذون]، وبحضور الشهود المذكورين أدناه، إبرام عقد النكاح الشرعي بين كل من:</w:t>
      </w:r>
    </w:p>
    <w:p w14:paraId="1829795A" w14:textId="77777777" w:rsidR="00CE0C70" w:rsidRDefault="00000000" w:rsidP="00184567">
      <w:pPr>
        <w:bidi/>
        <w:spacing w:after="80"/>
      </w:pPr>
      <w:r>
        <w:rPr>
          <w:b/>
          <w:sz w:val="28"/>
        </w:rPr>
        <w:t>أولًا: بيانات الزوج</w:t>
      </w: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5159"/>
        <w:gridCol w:w="5159"/>
      </w:tblGrid>
      <w:tr w:rsidR="00CE0C70" w14:paraId="69383BD3" w14:textId="77777777">
        <w:trPr>
          <w:jc w:val="center"/>
        </w:trPr>
        <w:tc>
          <w:tcPr>
            <w:tcW w:w="5159" w:type="dxa"/>
            <w:shd w:val="clear" w:color="auto" w:fill="F2F7F7"/>
            <w:vAlign w:val="center"/>
          </w:tcPr>
          <w:p w14:paraId="0A213FA0" w14:textId="77777777" w:rsidR="00CE0C70" w:rsidRDefault="00000000" w:rsidP="00184567">
            <w:pPr>
              <w:bidi/>
            </w:pPr>
            <w:r>
              <w:rPr>
                <w:b/>
              </w:rPr>
              <w:t>الاسم الكامل</w:t>
            </w:r>
          </w:p>
        </w:tc>
        <w:tc>
          <w:tcPr>
            <w:tcW w:w="5159" w:type="dxa"/>
            <w:vAlign w:val="center"/>
          </w:tcPr>
          <w:p w14:paraId="38928D01" w14:textId="77777777" w:rsidR="00CE0C70" w:rsidRDefault="00000000" w:rsidP="00184567">
            <w:pPr>
              <w:bidi/>
            </w:pPr>
            <w:r>
              <w:t>[اسم الزوج]</w:t>
            </w:r>
          </w:p>
        </w:tc>
      </w:tr>
      <w:tr w:rsidR="00CE0C70" w14:paraId="5A41F0B6" w14:textId="77777777">
        <w:trPr>
          <w:jc w:val="center"/>
        </w:trPr>
        <w:tc>
          <w:tcPr>
            <w:tcW w:w="5159" w:type="dxa"/>
            <w:shd w:val="clear" w:color="auto" w:fill="F2F7F7"/>
            <w:vAlign w:val="center"/>
          </w:tcPr>
          <w:p w14:paraId="2D5BED0A" w14:textId="77777777" w:rsidR="00CE0C70" w:rsidRDefault="00000000" w:rsidP="00184567">
            <w:pPr>
              <w:bidi/>
            </w:pPr>
            <w:r>
              <w:rPr>
                <w:b/>
              </w:rPr>
              <w:t>رقم الهوية/الإقامة</w:t>
            </w:r>
          </w:p>
        </w:tc>
        <w:tc>
          <w:tcPr>
            <w:tcW w:w="5159" w:type="dxa"/>
            <w:vAlign w:val="center"/>
          </w:tcPr>
          <w:p w14:paraId="3AA154E0" w14:textId="77777777" w:rsidR="00CE0C70" w:rsidRDefault="00000000" w:rsidP="00184567">
            <w:pPr>
              <w:bidi/>
            </w:pPr>
            <w:r>
              <w:t>[رقم الهوية أو الإقامة]</w:t>
            </w:r>
          </w:p>
        </w:tc>
      </w:tr>
      <w:tr w:rsidR="00CE0C70" w14:paraId="1CA523BB" w14:textId="77777777">
        <w:trPr>
          <w:jc w:val="center"/>
        </w:trPr>
        <w:tc>
          <w:tcPr>
            <w:tcW w:w="5159" w:type="dxa"/>
            <w:shd w:val="clear" w:color="auto" w:fill="F2F7F7"/>
            <w:vAlign w:val="center"/>
          </w:tcPr>
          <w:p w14:paraId="2EBC6011" w14:textId="77777777" w:rsidR="00CE0C70" w:rsidRDefault="00000000" w:rsidP="00184567">
            <w:pPr>
              <w:bidi/>
            </w:pPr>
            <w:r>
              <w:rPr>
                <w:b/>
              </w:rPr>
              <w:t>الجنسية</w:t>
            </w:r>
          </w:p>
        </w:tc>
        <w:tc>
          <w:tcPr>
            <w:tcW w:w="5159" w:type="dxa"/>
            <w:vAlign w:val="center"/>
          </w:tcPr>
          <w:p w14:paraId="0BBE3FE0" w14:textId="77777777" w:rsidR="00CE0C70" w:rsidRDefault="00000000" w:rsidP="00184567">
            <w:pPr>
              <w:bidi/>
            </w:pPr>
            <w:r>
              <w:t>[الجنسية]</w:t>
            </w:r>
          </w:p>
        </w:tc>
      </w:tr>
      <w:tr w:rsidR="00CE0C70" w14:paraId="47D217B5" w14:textId="77777777">
        <w:trPr>
          <w:jc w:val="center"/>
        </w:trPr>
        <w:tc>
          <w:tcPr>
            <w:tcW w:w="5159" w:type="dxa"/>
            <w:shd w:val="clear" w:color="auto" w:fill="F2F7F7"/>
            <w:vAlign w:val="center"/>
          </w:tcPr>
          <w:p w14:paraId="06588EFC" w14:textId="77777777" w:rsidR="00CE0C70" w:rsidRDefault="00000000" w:rsidP="00184567">
            <w:pPr>
              <w:bidi/>
            </w:pPr>
            <w:r>
              <w:rPr>
                <w:b/>
              </w:rPr>
              <w:t>تاريخ ومكان الميلاد</w:t>
            </w:r>
          </w:p>
        </w:tc>
        <w:tc>
          <w:tcPr>
            <w:tcW w:w="5159" w:type="dxa"/>
            <w:vAlign w:val="center"/>
          </w:tcPr>
          <w:p w14:paraId="0E72090E" w14:textId="77777777" w:rsidR="00CE0C70" w:rsidRDefault="00000000" w:rsidP="00184567">
            <w:pPr>
              <w:bidi/>
            </w:pPr>
            <w:r>
              <w:t>[تاريخ الميلاد] - [مكان الميلاد]</w:t>
            </w:r>
          </w:p>
        </w:tc>
      </w:tr>
      <w:tr w:rsidR="00CE0C70" w14:paraId="2321C40B" w14:textId="77777777">
        <w:trPr>
          <w:jc w:val="center"/>
        </w:trPr>
        <w:tc>
          <w:tcPr>
            <w:tcW w:w="5159" w:type="dxa"/>
            <w:shd w:val="clear" w:color="auto" w:fill="F2F7F7"/>
            <w:vAlign w:val="center"/>
          </w:tcPr>
          <w:p w14:paraId="61E44861" w14:textId="77777777" w:rsidR="00CE0C70" w:rsidRDefault="00000000" w:rsidP="00184567">
            <w:pPr>
              <w:bidi/>
            </w:pPr>
            <w:r>
              <w:rPr>
                <w:b/>
              </w:rPr>
              <w:t>مكان الإقامة</w:t>
            </w:r>
          </w:p>
        </w:tc>
        <w:tc>
          <w:tcPr>
            <w:tcW w:w="5159" w:type="dxa"/>
            <w:vAlign w:val="center"/>
          </w:tcPr>
          <w:p w14:paraId="0DB991F9" w14:textId="77777777" w:rsidR="00CE0C70" w:rsidRDefault="00000000" w:rsidP="00184567">
            <w:pPr>
              <w:bidi/>
            </w:pPr>
            <w:r>
              <w:t>[العنوان]</w:t>
            </w:r>
          </w:p>
        </w:tc>
      </w:tr>
      <w:tr w:rsidR="00CE0C70" w14:paraId="2A114BFA" w14:textId="77777777">
        <w:trPr>
          <w:jc w:val="center"/>
        </w:trPr>
        <w:tc>
          <w:tcPr>
            <w:tcW w:w="5159" w:type="dxa"/>
            <w:shd w:val="clear" w:color="auto" w:fill="F2F7F7"/>
            <w:vAlign w:val="center"/>
          </w:tcPr>
          <w:p w14:paraId="616A9184" w14:textId="77777777" w:rsidR="00CE0C70" w:rsidRDefault="00000000" w:rsidP="00184567">
            <w:pPr>
              <w:bidi/>
            </w:pPr>
            <w:r>
              <w:rPr>
                <w:b/>
              </w:rPr>
              <w:t>المهنة</w:t>
            </w:r>
          </w:p>
        </w:tc>
        <w:tc>
          <w:tcPr>
            <w:tcW w:w="5159" w:type="dxa"/>
            <w:vAlign w:val="center"/>
          </w:tcPr>
          <w:p w14:paraId="505D65A5" w14:textId="77777777" w:rsidR="00CE0C70" w:rsidRDefault="00000000" w:rsidP="00184567">
            <w:pPr>
              <w:bidi/>
            </w:pPr>
            <w:r>
              <w:t>[المهنة]</w:t>
            </w:r>
          </w:p>
        </w:tc>
      </w:tr>
    </w:tbl>
    <w:p w14:paraId="749C71E9" w14:textId="77777777" w:rsidR="00CE0C70" w:rsidRDefault="00000000" w:rsidP="00184567">
      <w:pPr>
        <w:bidi/>
        <w:spacing w:after="80"/>
      </w:pPr>
      <w:r>
        <w:rPr>
          <w:b/>
          <w:sz w:val="28"/>
        </w:rPr>
        <w:t>ثانيًا: بيانات الزوجة</w:t>
      </w: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5159"/>
        <w:gridCol w:w="5159"/>
      </w:tblGrid>
      <w:tr w:rsidR="00CE0C70" w14:paraId="246D9146" w14:textId="77777777">
        <w:trPr>
          <w:jc w:val="center"/>
        </w:trPr>
        <w:tc>
          <w:tcPr>
            <w:tcW w:w="5159" w:type="dxa"/>
            <w:shd w:val="clear" w:color="auto" w:fill="F2F7F7"/>
            <w:vAlign w:val="center"/>
          </w:tcPr>
          <w:p w14:paraId="30CAEB69" w14:textId="77777777" w:rsidR="00CE0C70" w:rsidRDefault="00000000" w:rsidP="00184567">
            <w:pPr>
              <w:bidi/>
            </w:pPr>
            <w:r>
              <w:rPr>
                <w:b/>
              </w:rPr>
              <w:t>الاسم الكامل</w:t>
            </w:r>
          </w:p>
        </w:tc>
        <w:tc>
          <w:tcPr>
            <w:tcW w:w="5159" w:type="dxa"/>
            <w:vAlign w:val="center"/>
          </w:tcPr>
          <w:p w14:paraId="73B5E70B" w14:textId="77777777" w:rsidR="00CE0C70" w:rsidRDefault="00000000" w:rsidP="00184567">
            <w:pPr>
              <w:bidi/>
            </w:pPr>
            <w:r>
              <w:t>[اسم الزوجة]</w:t>
            </w:r>
          </w:p>
        </w:tc>
      </w:tr>
      <w:tr w:rsidR="00CE0C70" w14:paraId="3A1639CD" w14:textId="77777777">
        <w:trPr>
          <w:jc w:val="center"/>
        </w:trPr>
        <w:tc>
          <w:tcPr>
            <w:tcW w:w="5159" w:type="dxa"/>
            <w:shd w:val="clear" w:color="auto" w:fill="F2F7F7"/>
            <w:vAlign w:val="center"/>
          </w:tcPr>
          <w:p w14:paraId="1A6B0313" w14:textId="77777777" w:rsidR="00CE0C70" w:rsidRDefault="00000000" w:rsidP="00184567">
            <w:pPr>
              <w:bidi/>
            </w:pPr>
            <w:r>
              <w:rPr>
                <w:b/>
              </w:rPr>
              <w:t>رقم الهوية/الإقامة</w:t>
            </w:r>
          </w:p>
        </w:tc>
        <w:tc>
          <w:tcPr>
            <w:tcW w:w="5159" w:type="dxa"/>
            <w:vAlign w:val="center"/>
          </w:tcPr>
          <w:p w14:paraId="16619ECF" w14:textId="77777777" w:rsidR="00CE0C70" w:rsidRDefault="00000000" w:rsidP="00184567">
            <w:pPr>
              <w:bidi/>
            </w:pPr>
            <w:r>
              <w:t>[رقم الهوية أو الإقامة]</w:t>
            </w:r>
          </w:p>
        </w:tc>
      </w:tr>
      <w:tr w:rsidR="00CE0C70" w14:paraId="4F136662" w14:textId="77777777">
        <w:trPr>
          <w:jc w:val="center"/>
        </w:trPr>
        <w:tc>
          <w:tcPr>
            <w:tcW w:w="5159" w:type="dxa"/>
            <w:shd w:val="clear" w:color="auto" w:fill="F2F7F7"/>
            <w:vAlign w:val="center"/>
          </w:tcPr>
          <w:p w14:paraId="01B435B5" w14:textId="77777777" w:rsidR="00CE0C70" w:rsidRDefault="00000000" w:rsidP="00184567">
            <w:pPr>
              <w:bidi/>
            </w:pPr>
            <w:r>
              <w:rPr>
                <w:b/>
              </w:rPr>
              <w:t>الجنسية</w:t>
            </w:r>
          </w:p>
        </w:tc>
        <w:tc>
          <w:tcPr>
            <w:tcW w:w="5159" w:type="dxa"/>
            <w:vAlign w:val="center"/>
          </w:tcPr>
          <w:p w14:paraId="797D181F" w14:textId="77777777" w:rsidR="00CE0C70" w:rsidRDefault="00000000" w:rsidP="00184567">
            <w:pPr>
              <w:bidi/>
            </w:pPr>
            <w:r>
              <w:t>[الجنسية]</w:t>
            </w:r>
          </w:p>
        </w:tc>
      </w:tr>
      <w:tr w:rsidR="00CE0C70" w14:paraId="54D8B560" w14:textId="77777777">
        <w:trPr>
          <w:jc w:val="center"/>
        </w:trPr>
        <w:tc>
          <w:tcPr>
            <w:tcW w:w="5159" w:type="dxa"/>
            <w:shd w:val="clear" w:color="auto" w:fill="F2F7F7"/>
            <w:vAlign w:val="center"/>
          </w:tcPr>
          <w:p w14:paraId="364B9797" w14:textId="77777777" w:rsidR="00CE0C70" w:rsidRDefault="00000000" w:rsidP="00184567">
            <w:pPr>
              <w:bidi/>
            </w:pPr>
            <w:r>
              <w:rPr>
                <w:b/>
              </w:rPr>
              <w:t>تاريخ ومكان الميلاد</w:t>
            </w:r>
          </w:p>
        </w:tc>
        <w:tc>
          <w:tcPr>
            <w:tcW w:w="5159" w:type="dxa"/>
            <w:vAlign w:val="center"/>
          </w:tcPr>
          <w:p w14:paraId="0D035B78" w14:textId="77777777" w:rsidR="00CE0C70" w:rsidRDefault="00000000" w:rsidP="00184567">
            <w:pPr>
              <w:bidi/>
            </w:pPr>
            <w:r>
              <w:t>[تاريخ الميلاد] - [مكان الميلاد]</w:t>
            </w:r>
          </w:p>
        </w:tc>
      </w:tr>
      <w:tr w:rsidR="00CE0C70" w14:paraId="5528AA6E" w14:textId="77777777">
        <w:trPr>
          <w:jc w:val="center"/>
        </w:trPr>
        <w:tc>
          <w:tcPr>
            <w:tcW w:w="5159" w:type="dxa"/>
            <w:shd w:val="clear" w:color="auto" w:fill="F2F7F7"/>
            <w:vAlign w:val="center"/>
          </w:tcPr>
          <w:p w14:paraId="18B31937" w14:textId="77777777" w:rsidR="00CE0C70" w:rsidRDefault="00000000" w:rsidP="00184567">
            <w:pPr>
              <w:bidi/>
            </w:pPr>
            <w:r>
              <w:rPr>
                <w:b/>
              </w:rPr>
              <w:t>مكان الإقامة</w:t>
            </w:r>
          </w:p>
        </w:tc>
        <w:tc>
          <w:tcPr>
            <w:tcW w:w="5159" w:type="dxa"/>
            <w:vAlign w:val="center"/>
          </w:tcPr>
          <w:p w14:paraId="29DB17B1" w14:textId="77777777" w:rsidR="00CE0C70" w:rsidRDefault="00000000" w:rsidP="00184567">
            <w:pPr>
              <w:bidi/>
            </w:pPr>
            <w:r>
              <w:t>[العنوان]</w:t>
            </w:r>
          </w:p>
        </w:tc>
      </w:tr>
      <w:tr w:rsidR="00CE0C70" w14:paraId="615F2616" w14:textId="77777777">
        <w:trPr>
          <w:jc w:val="center"/>
        </w:trPr>
        <w:tc>
          <w:tcPr>
            <w:tcW w:w="5159" w:type="dxa"/>
            <w:shd w:val="clear" w:color="auto" w:fill="F2F7F7"/>
            <w:vAlign w:val="center"/>
          </w:tcPr>
          <w:p w14:paraId="141F2298" w14:textId="77777777" w:rsidR="00CE0C70" w:rsidRDefault="00000000" w:rsidP="00184567">
            <w:pPr>
              <w:bidi/>
            </w:pPr>
            <w:r>
              <w:rPr>
                <w:b/>
              </w:rPr>
              <w:t>المهنة</w:t>
            </w:r>
          </w:p>
        </w:tc>
        <w:tc>
          <w:tcPr>
            <w:tcW w:w="5159" w:type="dxa"/>
            <w:vAlign w:val="center"/>
          </w:tcPr>
          <w:p w14:paraId="097ED286" w14:textId="77777777" w:rsidR="00CE0C70" w:rsidRDefault="00000000" w:rsidP="00184567">
            <w:pPr>
              <w:bidi/>
            </w:pPr>
            <w:r>
              <w:t>[المهنة]</w:t>
            </w:r>
          </w:p>
        </w:tc>
      </w:tr>
    </w:tbl>
    <w:p w14:paraId="1A44F7CE" w14:textId="77777777" w:rsidR="00CE0C70" w:rsidRDefault="00000000" w:rsidP="00184567">
      <w:pPr>
        <w:bidi/>
        <w:spacing w:after="80"/>
      </w:pPr>
      <w:r>
        <w:rPr>
          <w:b/>
          <w:sz w:val="28"/>
        </w:rPr>
        <w:t>ثالثًا: بيانات الولي الشرعي</w:t>
      </w: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5159"/>
        <w:gridCol w:w="5159"/>
      </w:tblGrid>
      <w:tr w:rsidR="00CE0C70" w14:paraId="5B600181" w14:textId="77777777">
        <w:trPr>
          <w:jc w:val="center"/>
        </w:trPr>
        <w:tc>
          <w:tcPr>
            <w:tcW w:w="5159" w:type="dxa"/>
            <w:shd w:val="clear" w:color="auto" w:fill="F2F7F7"/>
            <w:vAlign w:val="center"/>
          </w:tcPr>
          <w:p w14:paraId="62E35D32" w14:textId="77777777" w:rsidR="00CE0C70" w:rsidRDefault="00000000" w:rsidP="00184567">
            <w:pPr>
              <w:bidi/>
            </w:pPr>
            <w:r>
              <w:rPr>
                <w:b/>
              </w:rPr>
              <w:t>اسم الولي الشرعي</w:t>
            </w:r>
          </w:p>
        </w:tc>
        <w:tc>
          <w:tcPr>
            <w:tcW w:w="5159" w:type="dxa"/>
            <w:vAlign w:val="center"/>
          </w:tcPr>
          <w:p w14:paraId="477B2C51" w14:textId="77777777" w:rsidR="00CE0C70" w:rsidRDefault="00000000" w:rsidP="00184567">
            <w:pPr>
              <w:bidi/>
            </w:pPr>
            <w:r>
              <w:t>[اسم الولي]</w:t>
            </w:r>
          </w:p>
        </w:tc>
      </w:tr>
      <w:tr w:rsidR="00CE0C70" w14:paraId="27A0B03C" w14:textId="77777777">
        <w:trPr>
          <w:jc w:val="center"/>
        </w:trPr>
        <w:tc>
          <w:tcPr>
            <w:tcW w:w="5159" w:type="dxa"/>
            <w:shd w:val="clear" w:color="auto" w:fill="F2F7F7"/>
            <w:vAlign w:val="center"/>
          </w:tcPr>
          <w:p w14:paraId="0D26A927" w14:textId="77777777" w:rsidR="00CE0C70" w:rsidRDefault="00000000" w:rsidP="00184567">
            <w:pPr>
              <w:bidi/>
            </w:pPr>
            <w:r>
              <w:rPr>
                <w:b/>
              </w:rPr>
              <w:t>صلة القرابة بالزوجة</w:t>
            </w:r>
          </w:p>
        </w:tc>
        <w:tc>
          <w:tcPr>
            <w:tcW w:w="5159" w:type="dxa"/>
            <w:vAlign w:val="center"/>
          </w:tcPr>
          <w:p w14:paraId="1F33F73D" w14:textId="77777777" w:rsidR="00CE0C70" w:rsidRDefault="00000000" w:rsidP="00184567">
            <w:pPr>
              <w:bidi/>
            </w:pPr>
            <w:r>
              <w:t>[الأب/الأخ/العم/غير ذلك]</w:t>
            </w:r>
          </w:p>
        </w:tc>
      </w:tr>
      <w:tr w:rsidR="00CE0C70" w14:paraId="25F830E1" w14:textId="77777777">
        <w:trPr>
          <w:jc w:val="center"/>
        </w:trPr>
        <w:tc>
          <w:tcPr>
            <w:tcW w:w="5159" w:type="dxa"/>
            <w:shd w:val="clear" w:color="auto" w:fill="F2F7F7"/>
            <w:vAlign w:val="center"/>
          </w:tcPr>
          <w:p w14:paraId="5A95B5CD" w14:textId="77777777" w:rsidR="00CE0C70" w:rsidRDefault="00000000" w:rsidP="00184567">
            <w:pPr>
              <w:bidi/>
            </w:pPr>
            <w:r>
              <w:rPr>
                <w:b/>
              </w:rPr>
              <w:t>رقم الهوية</w:t>
            </w:r>
          </w:p>
        </w:tc>
        <w:tc>
          <w:tcPr>
            <w:tcW w:w="5159" w:type="dxa"/>
            <w:vAlign w:val="center"/>
          </w:tcPr>
          <w:p w14:paraId="3C6C68AB" w14:textId="77777777" w:rsidR="00CE0C70" w:rsidRDefault="00000000" w:rsidP="00184567">
            <w:pPr>
              <w:bidi/>
            </w:pPr>
            <w:r>
              <w:t>[رقم الهوية]</w:t>
            </w:r>
          </w:p>
        </w:tc>
      </w:tr>
      <w:tr w:rsidR="00CE0C70" w14:paraId="7D59472C" w14:textId="77777777">
        <w:trPr>
          <w:jc w:val="center"/>
        </w:trPr>
        <w:tc>
          <w:tcPr>
            <w:tcW w:w="5159" w:type="dxa"/>
            <w:shd w:val="clear" w:color="auto" w:fill="F2F7F7"/>
            <w:vAlign w:val="center"/>
          </w:tcPr>
          <w:p w14:paraId="3D77E987" w14:textId="77777777" w:rsidR="00CE0C70" w:rsidRDefault="00000000" w:rsidP="00184567">
            <w:pPr>
              <w:bidi/>
            </w:pPr>
            <w:r>
              <w:rPr>
                <w:b/>
              </w:rPr>
              <w:t>الجنسية</w:t>
            </w:r>
          </w:p>
        </w:tc>
        <w:tc>
          <w:tcPr>
            <w:tcW w:w="5159" w:type="dxa"/>
            <w:vAlign w:val="center"/>
          </w:tcPr>
          <w:p w14:paraId="3C46A5F4" w14:textId="77777777" w:rsidR="00CE0C70" w:rsidRDefault="00000000" w:rsidP="00184567">
            <w:pPr>
              <w:bidi/>
            </w:pPr>
            <w:r>
              <w:t>[الجنسية]</w:t>
            </w:r>
          </w:p>
        </w:tc>
      </w:tr>
      <w:tr w:rsidR="00CE0C70" w14:paraId="44FF15EC" w14:textId="77777777">
        <w:trPr>
          <w:jc w:val="center"/>
        </w:trPr>
        <w:tc>
          <w:tcPr>
            <w:tcW w:w="5159" w:type="dxa"/>
            <w:shd w:val="clear" w:color="auto" w:fill="F2F7F7"/>
            <w:vAlign w:val="center"/>
          </w:tcPr>
          <w:p w14:paraId="650C5267" w14:textId="77777777" w:rsidR="00CE0C70" w:rsidRDefault="00000000" w:rsidP="00184567">
            <w:pPr>
              <w:bidi/>
            </w:pPr>
            <w:r>
              <w:rPr>
                <w:b/>
              </w:rPr>
              <w:t>مكان الإقامة</w:t>
            </w:r>
          </w:p>
        </w:tc>
        <w:tc>
          <w:tcPr>
            <w:tcW w:w="5159" w:type="dxa"/>
            <w:vAlign w:val="center"/>
          </w:tcPr>
          <w:p w14:paraId="24C21728" w14:textId="77777777" w:rsidR="00CE0C70" w:rsidRDefault="00000000" w:rsidP="00184567">
            <w:pPr>
              <w:bidi/>
            </w:pPr>
            <w:r>
              <w:t>[العنوان]</w:t>
            </w:r>
          </w:p>
        </w:tc>
      </w:tr>
    </w:tbl>
    <w:p w14:paraId="08F8E803" w14:textId="77777777" w:rsidR="00CE0C70" w:rsidRDefault="00000000" w:rsidP="00184567">
      <w:pPr>
        <w:bidi/>
        <w:spacing w:after="120"/>
      </w:pPr>
      <w:r>
        <w:t>وقد أقر الولي الشرعي بموافقته على تزويج المخطوبة المذكورة أعلاه من الخاطب المذكور، بعد التحقق من رضاهما وانتفاء الموانع الشرعية والنظامية.</w:t>
      </w:r>
    </w:p>
    <w:p w14:paraId="4FE9766F" w14:textId="77777777" w:rsidR="00CE0C70" w:rsidRDefault="00000000" w:rsidP="00184567">
      <w:pPr>
        <w:bidi/>
        <w:spacing w:after="80"/>
      </w:pPr>
      <w:r>
        <w:rPr>
          <w:b/>
          <w:sz w:val="28"/>
        </w:rPr>
        <w:t>رابعًا: الإيجاب والقبول</w:t>
      </w:r>
    </w:p>
    <w:p w14:paraId="4A7154C5" w14:textId="77777777" w:rsidR="00CE0C70" w:rsidRDefault="00000000" w:rsidP="00184567">
      <w:pPr>
        <w:bidi/>
        <w:spacing w:after="120"/>
      </w:pPr>
      <w:r>
        <w:t>أقر الولي الشرعي قائلًا: زوجتُ موكلتي/ابنتي [اسم الزوجة] من الخاطب [اسم الزوج] على كتاب الله وسنة رسوله، وعلى الصداق المسمى بينهما.</w:t>
      </w:r>
    </w:p>
    <w:p w14:paraId="78CDD83D" w14:textId="77777777" w:rsidR="00CE0C70" w:rsidRDefault="00000000" w:rsidP="00184567">
      <w:pPr>
        <w:bidi/>
        <w:spacing w:after="120"/>
      </w:pPr>
      <w:r>
        <w:t>وأقر الزوج قائلًا: قبلتُ زواجها لنفسي على كتاب الله وسنة رسوله، وعلى الصداق المسمى.</w:t>
      </w:r>
    </w:p>
    <w:p w14:paraId="0BED91BA" w14:textId="77777777" w:rsidR="00CE0C70" w:rsidRDefault="00000000" w:rsidP="00184567">
      <w:pPr>
        <w:bidi/>
        <w:spacing w:after="80"/>
      </w:pPr>
      <w:r>
        <w:rPr>
          <w:b/>
          <w:sz w:val="28"/>
        </w:rPr>
        <w:t>خامسًا: المهر</w:t>
      </w:r>
    </w:p>
    <w:p w14:paraId="33FC3FE6" w14:textId="77777777" w:rsidR="00CE0C70" w:rsidRDefault="00000000" w:rsidP="00184567">
      <w:pPr>
        <w:bidi/>
        <w:spacing w:after="120"/>
      </w:pPr>
      <w:r>
        <w:t>تم الاتفاق بين الطرفين على مهر قدره: [قيمة المهر كتابةً ورقمًا]. ويكون المهر على النحو الآتي:</w:t>
      </w: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5159"/>
        <w:gridCol w:w="5159"/>
      </w:tblGrid>
      <w:tr w:rsidR="00CE0C70" w14:paraId="3F6F3B81" w14:textId="77777777">
        <w:trPr>
          <w:jc w:val="center"/>
        </w:trPr>
        <w:tc>
          <w:tcPr>
            <w:tcW w:w="5159" w:type="dxa"/>
            <w:shd w:val="clear" w:color="auto" w:fill="F2F7F7"/>
            <w:vAlign w:val="center"/>
          </w:tcPr>
          <w:p w14:paraId="6F2C1E4A" w14:textId="77777777" w:rsidR="00CE0C70" w:rsidRDefault="00000000" w:rsidP="00184567">
            <w:pPr>
              <w:bidi/>
            </w:pPr>
            <w:r>
              <w:rPr>
                <w:b/>
              </w:rPr>
              <w:lastRenderedPageBreak/>
              <w:t>المهر المعجل</w:t>
            </w:r>
          </w:p>
        </w:tc>
        <w:tc>
          <w:tcPr>
            <w:tcW w:w="5159" w:type="dxa"/>
            <w:vAlign w:val="center"/>
          </w:tcPr>
          <w:p w14:paraId="0A92DE85" w14:textId="77777777" w:rsidR="00CE0C70" w:rsidRDefault="00000000" w:rsidP="00184567">
            <w:pPr>
              <w:bidi/>
            </w:pPr>
            <w:r>
              <w:t>[قيمة المهر المعجل]</w:t>
            </w:r>
          </w:p>
        </w:tc>
      </w:tr>
      <w:tr w:rsidR="00CE0C70" w14:paraId="16DDD950" w14:textId="77777777">
        <w:trPr>
          <w:jc w:val="center"/>
        </w:trPr>
        <w:tc>
          <w:tcPr>
            <w:tcW w:w="5159" w:type="dxa"/>
            <w:shd w:val="clear" w:color="auto" w:fill="F2F7F7"/>
            <w:vAlign w:val="center"/>
          </w:tcPr>
          <w:p w14:paraId="294A9DA1" w14:textId="77777777" w:rsidR="00CE0C70" w:rsidRDefault="00000000" w:rsidP="00184567">
            <w:pPr>
              <w:bidi/>
            </w:pPr>
            <w:r>
              <w:rPr>
                <w:b/>
              </w:rPr>
              <w:t>المهر المؤجل</w:t>
            </w:r>
          </w:p>
        </w:tc>
        <w:tc>
          <w:tcPr>
            <w:tcW w:w="5159" w:type="dxa"/>
            <w:vAlign w:val="center"/>
          </w:tcPr>
          <w:p w14:paraId="2E8DF431" w14:textId="77777777" w:rsidR="00CE0C70" w:rsidRDefault="00000000" w:rsidP="00184567">
            <w:pPr>
              <w:bidi/>
            </w:pPr>
            <w:r>
              <w:t>[قيمة المهر المؤجل إن وجد]</w:t>
            </w:r>
          </w:p>
        </w:tc>
      </w:tr>
      <w:tr w:rsidR="00CE0C70" w14:paraId="7F31E1BC" w14:textId="77777777">
        <w:trPr>
          <w:jc w:val="center"/>
        </w:trPr>
        <w:tc>
          <w:tcPr>
            <w:tcW w:w="5159" w:type="dxa"/>
            <w:shd w:val="clear" w:color="auto" w:fill="F2F7F7"/>
            <w:vAlign w:val="center"/>
          </w:tcPr>
          <w:p w14:paraId="57E69FE9" w14:textId="77777777" w:rsidR="00CE0C70" w:rsidRDefault="00000000" w:rsidP="00184567">
            <w:pPr>
              <w:bidi/>
            </w:pPr>
            <w:r>
              <w:rPr>
                <w:b/>
              </w:rPr>
              <w:t>توابع المهر أو الشروط الخاصة به</w:t>
            </w:r>
          </w:p>
        </w:tc>
        <w:tc>
          <w:tcPr>
            <w:tcW w:w="5159" w:type="dxa"/>
            <w:vAlign w:val="center"/>
          </w:tcPr>
          <w:p w14:paraId="4591A348" w14:textId="77777777" w:rsidR="00CE0C70" w:rsidRDefault="00000000" w:rsidP="00184567">
            <w:pPr>
              <w:bidi/>
            </w:pPr>
            <w:r>
              <w:t>[تكتب إن وجدت]</w:t>
            </w:r>
          </w:p>
        </w:tc>
      </w:tr>
    </w:tbl>
    <w:p w14:paraId="37ADEEAC" w14:textId="77777777" w:rsidR="00CE0C70" w:rsidRDefault="00000000" w:rsidP="00184567">
      <w:pPr>
        <w:bidi/>
        <w:spacing w:after="80"/>
      </w:pPr>
      <w:r>
        <w:rPr>
          <w:b/>
          <w:sz w:val="28"/>
        </w:rPr>
        <w:t>سادسًا: شروط أحد الزوجين</w:t>
      </w:r>
    </w:p>
    <w:p w14:paraId="26A9FC40" w14:textId="77777777" w:rsidR="00CE0C70" w:rsidRDefault="00000000" w:rsidP="00184567">
      <w:pPr>
        <w:bidi/>
        <w:spacing w:after="120"/>
      </w:pPr>
      <w:r>
        <w:t>اتفق الطرفان على الشروط التالية، إن وجدت:</w:t>
      </w:r>
    </w:p>
    <w:p w14:paraId="623EECD4" w14:textId="77777777" w:rsidR="00CE0C70" w:rsidRDefault="00000000" w:rsidP="00184567">
      <w:pPr>
        <w:bidi/>
        <w:spacing w:after="120"/>
      </w:pPr>
      <w:r>
        <w:t>1. [الشرط 1]</w:t>
      </w:r>
    </w:p>
    <w:p w14:paraId="23106918" w14:textId="77777777" w:rsidR="00CE0C70" w:rsidRDefault="00000000" w:rsidP="00184567">
      <w:pPr>
        <w:bidi/>
        <w:spacing w:after="120"/>
      </w:pPr>
      <w:r>
        <w:t>2. [الشرط 2]</w:t>
      </w:r>
    </w:p>
    <w:p w14:paraId="479C7CA9" w14:textId="77777777" w:rsidR="00CE0C70" w:rsidRDefault="00000000" w:rsidP="00184567">
      <w:pPr>
        <w:bidi/>
        <w:spacing w:after="120"/>
      </w:pPr>
      <w:r>
        <w:t>3. [الشرط 3]</w:t>
      </w:r>
    </w:p>
    <w:p w14:paraId="5967290C" w14:textId="77777777" w:rsidR="00CE0C70" w:rsidRDefault="00000000" w:rsidP="00184567">
      <w:pPr>
        <w:bidi/>
        <w:spacing w:after="120"/>
      </w:pPr>
      <w:r>
        <w:t>وفي حال عدم وجود شروط خاصة، يكتب: لا توجد شروط خاصة بين الطرفين سوى ما تقرره الشريعة الإسلامية والأنظمة المعمول بها.</w:t>
      </w:r>
    </w:p>
    <w:p w14:paraId="659EA067" w14:textId="77777777" w:rsidR="00CE0C70" w:rsidRDefault="00000000" w:rsidP="00184567">
      <w:pPr>
        <w:bidi/>
        <w:spacing w:after="80"/>
      </w:pPr>
      <w:r>
        <w:rPr>
          <w:b/>
          <w:sz w:val="28"/>
        </w:rPr>
        <w:t>سابعًا: الكفالة أو الوكالة</w:t>
      </w:r>
    </w:p>
    <w:p w14:paraId="117C709A" w14:textId="77777777" w:rsidR="00CE0C70" w:rsidRDefault="00000000" w:rsidP="00184567">
      <w:pPr>
        <w:bidi/>
        <w:spacing w:after="120"/>
      </w:pPr>
      <w:r>
        <w:t>أقرت المخطوبة بتوكيل/ [اسم الوكيل إن وجد] في إتمام إجراءات عقد النكاح، وذلك بموجب الوكالة رقم/ [رقم الوكالة] وتاريخ/ [تاريخها].</w:t>
      </w:r>
    </w:p>
    <w:p w14:paraId="6DF88DF9" w14:textId="77777777" w:rsidR="00CE0C70" w:rsidRDefault="00000000" w:rsidP="00184567">
      <w:pPr>
        <w:bidi/>
        <w:spacing w:after="120"/>
      </w:pPr>
      <w:r>
        <w:t>وفي حال عدم وجود وكالة، يكتب: تم العقد بحضور الطرفين دون وكالة.</w:t>
      </w:r>
    </w:p>
    <w:p w14:paraId="736B74FA" w14:textId="77777777" w:rsidR="00CE0C70" w:rsidRDefault="00000000" w:rsidP="00184567">
      <w:pPr>
        <w:bidi/>
        <w:spacing w:after="80"/>
      </w:pPr>
      <w:r>
        <w:rPr>
          <w:b/>
          <w:sz w:val="28"/>
        </w:rPr>
        <w:t>ثامنًا: الشهود</w:t>
      </w: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439"/>
        <w:gridCol w:w="3439"/>
        <w:gridCol w:w="3439"/>
      </w:tblGrid>
      <w:tr w:rsidR="00CE0C70" w14:paraId="4D5018DE" w14:textId="77777777">
        <w:trPr>
          <w:jc w:val="center"/>
        </w:trPr>
        <w:tc>
          <w:tcPr>
            <w:tcW w:w="3439" w:type="dxa"/>
            <w:shd w:val="clear" w:color="auto" w:fill="DDEFEF"/>
            <w:vAlign w:val="center"/>
          </w:tcPr>
          <w:p w14:paraId="7C738DD5" w14:textId="77777777" w:rsidR="00CE0C70" w:rsidRDefault="00000000" w:rsidP="00184567">
            <w:pPr>
              <w:bidi/>
            </w:pPr>
            <w:r>
              <w:rPr>
                <w:b/>
              </w:rPr>
              <w:t>البيان</w:t>
            </w:r>
          </w:p>
        </w:tc>
        <w:tc>
          <w:tcPr>
            <w:tcW w:w="3439" w:type="dxa"/>
            <w:shd w:val="clear" w:color="auto" w:fill="DDEFEF"/>
            <w:vAlign w:val="center"/>
          </w:tcPr>
          <w:p w14:paraId="78151DAF" w14:textId="77777777" w:rsidR="00CE0C70" w:rsidRDefault="00000000" w:rsidP="00184567">
            <w:pPr>
              <w:bidi/>
            </w:pPr>
            <w:r>
              <w:rPr>
                <w:b/>
              </w:rPr>
              <w:t>الشاهد الأول</w:t>
            </w:r>
          </w:p>
        </w:tc>
        <w:tc>
          <w:tcPr>
            <w:tcW w:w="3439" w:type="dxa"/>
            <w:shd w:val="clear" w:color="auto" w:fill="DDEFEF"/>
            <w:vAlign w:val="center"/>
          </w:tcPr>
          <w:p w14:paraId="5D20C5C6" w14:textId="77777777" w:rsidR="00CE0C70" w:rsidRDefault="00000000" w:rsidP="00184567">
            <w:pPr>
              <w:bidi/>
            </w:pPr>
            <w:r>
              <w:rPr>
                <w:b/>
              </w:rPr>
              <w:t>الشاهد الثاني</w:t>
            </w:r>
          </w:p>
        </w:tc>
      </w:tr>
      <w:tr w:rsidR="00CE0C70" w14:paraId="6497B6DC" w14:textId="77777777">
        <w:trPr>
          <w:jc w:val="center"/>
        </w:trPr>
        <w:tc>
          <w:tcPr>
            <w:tcW w:w="3439" w:type="dxa"/>
            <w:shd w:val="clear" w:color="auto" w:fill="F2F7F7"/>
            <w:vAlign w:val="center"/>
          </w:tcPr>
          <w:p w14:paraId="14D6D19F" w14:textId="77777777" w:rsidR="00CE0C70" w:rsidRDefault="00000000" w:rsidP="00184567">
            <w:pPr>
              <w:bidi/>
            </w:pPr>
            <w:r>
              <w:rPr>
                <w:b/>
              </w:rPr>
              <w:t>الاسم الكامل</w:t>
            </w:r>
          </w:p>
        </w:tc>
        <w:tc>
          <w:tcPr>
            <w:tcW w:w="3439" w:type="dxa"/>
            <w:vAlign w:val="center"/>
          </w:tcPr>
          <w:p w14:paraId="1034737E" w14:textId="77777777" w:rsidR="00CE0C70" w:rsidRDefault="00000000" w:rsidP="00184567">
            <w:pPr>
              <w:bidi/>
            </w:pPr>
            <w:r>
              <w:t>[....................]</w:t>
            </w:r>
          </w:p>
        </w:tc>
        <w:tc>
          <w:tcPr>
            <w:tcW w:w="3439" w:type="dxa"/>
            <w:vAlign w:val="center"/>
          </w:tcPr>
          <w:p w14:paraId="473F5B20" w14:textId="77777777" w:rsidR="00CE0C70" w:rsidRDefault="00000000" w:rsidP="00184567">
            <w:pPr>
              <w:bidi/>
            </w:pPr>
            <w:r>
              <w:t>[....................]</w:t>
            </w:r>
          </w:p>
        </w:tc>
      </w:tr>
      <w:tr w:rsidR="00CE0C70" w14:paraId="104570A9" w14:textId="77777777">
        <w:trPr>
          <w:jc w:val="center"/>
        </w:trPr>
        <w:tc>
          <w:tcPr>
            <w:tcW w:w="3439" w:type="dxa"/>
            <w:shd w:val="clear" w:color="auto" w:fill="F2F7F7"/>
            <w:vAlign w:val="center"/>
          </w:tcPr>
          <w:p w14:paraId="2B4F06C4" w14:textId="77777777" w:rsidR="00CE0C70" w:rsidRDefault="00000000" w:rsidP="00184567">
            <w:pPr>
              <w:bidi/>
            </w:pPr>
            <w:r>
              <w:rPr>
                <w:b/>
              </w:rPr>
              <w:t>رقم الهوية والتوقيع</w:t>
            </w:r>
          </w:p>
        </w:tc>
        <w:tc>
          <w:tcPr>
            <w:tcW w:w="3439" w:type="dxa"/>
            <w:vAlign w:val="center"/>
          </w:tcPr>
          <w:p w14:paraId="11C355D0" w14:textId="77777777" w:rsidR="00CE0C70" w:rsidRDefault="00000000" w:rsidP="00184567">
            <w:pPr>
              <w:bidi/>
            </w:pPr>
            <w:r>
              <w:t>[....................]</w:t>
            </w:r>
          </w:p>
        </w:tc>
        <w:tc>
          <w:tcPr>
            <w:tcW w:w="3439" w:type="dxa"/>
            <w:vAlign w:val="center"/>
          </w:tcPr>
          <w:p w14:paraId="0DBFC06B" w14:textId="77777777" w:rsidR="00CE0C70" w:rsidRDefault="00000000" w:rsidP="00184567">
            <w:pPr>
              <w:bidi/>
            </w:pPr>
            <w:r>
              <w:t>[....................]</w:t>
            </w:r>
          </w:p>
        </w:tc>
      </w:tr>
    </w:tbl>
    <w:p w14:paraId="52FFC82E" w14:textId="77777777" w:rsidR="00CE0C70" w:rsidRDefault="00000000" w:rsidP="00184567">
      <w:pPr>
        <w:bidi/>
        <w:spacing w:after="80"/>
      </w:pPr>
      <w:r>
        <w:rPr>
          <w:b/>
          <w:sz w:val="28"/>
        </w:rPr>
        <w:t>تاسعًا: الإقرار النهائي</w:t>
      </w:r>
    </w:p>
    <w:p w14:paraId="39AF5CCF" w14:textId="77777777" w:rsidR="00CE0C70" w:rsidRDefault="00000000" w:rsidP="00184567">
      <w:pPr>
        <w:bidi/>
        <w:spacing w:after="120"/>
      </w:pPr>
      <w:r>
        <w:t>أقر جميع الأطراف بصحة البيانات الواردة في هذا العقد، وبأن الزواج تم برضا الطرفين، وموافقة الولي الشرعي، وحضور الشاهدين، وبعد التحقق من عدم وجود موانع شرعية أو نظامية تمنع إتمام عقد النكاح.</w:t>
      </w:r>
    </w:p>
    <w:p w14:paraId="178851B6" w14:textId="77777777" w:rsidR="00CE0C70" w:rsidRDefault="00000000" w:rsidP="00184567">
      <w:pPr>
        <w:bidi/>
        <w:spacing w:after="120"/>
      </w:pPr>
      <w:r>
        <w:t>وبناءً على ذلك، فقد تم إجراء عقد الزواج بين الطرفين المذكورين أعلاه، وفقًا لأحكام الشريعة الإسلامية والأنظمة المعمول بها في المملكة العربية السعودية.</w:t>
      </w:r>
    </w:p>
    <w:p w14:paraId="63B364CB" w14:textId="77777777" w:rsidR="00CE0C70" w:rsidRDefault="00000000" w:rsidP="00184567">
      <w:pPr>
        <w:bidi/>
        <w:spacing w:after="120"/>
      </w:pPr>
      <w:r>
        <w:t>وتوقيعًا على ذلك جرى تحرير هذا العقد.</w:t>
      </w:r>
    </w:p>
    <w:p w14:paraId="742EA9FE" w14:textId="77777777" w:rsidR="00CE0C70" w:rsidRDefault="00000000" w:rsidP="00184567">
      <w:pPr>
        <w:bidi/>
        <w:spacing w:after="80"/>
      </w:pPr>
      <w:r>
        <w:rPr>
          <w:b/>
          <w:sz w:val="28"/>
        </w:rPr>
        <w:t>التوقيعات</w:t>
      </w:r>
    </w:p>
    <w:tbl>
      <w:tblPr>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2064"/>
        <w:gridCol w:w="2064"/>
        <w:gridCol w:w="2064"/>
        <w:gridCol w:w="2064"/>
        <w:gridCol w:w="2064"/>
      </w:tblGrid>
      <w:tr w:rsidR="00CE0C70" w14:paraId="057C00F7" w14:textId="77777777">
        <w:trPr>
          <w:jc w:val="center"/>
        </w:trPr>
        <w:tc>
          <w:tcPr>
            <w:tcW w:w="2064" w:type="dxa"/>
            <w:shd w:val="clear" w:color="auto" w:fill="DDEFEF"/>
            <w:vAlign w:val="center"/>
          </w:tcPr>
          <w:p w14:paraId="3D3C64D8" w14:textId="77777777" w:rsidR="00CE0C70" w:rsidRDefault="00000000" w:rsidP="00184567">
            <w:pPr>
              <w:bidi/>
            </w:pPr>
            <w:r>
              <w:rPr>
                <w:b/>
              </w:rPr>
              <w:t>الزوج</w:t>
            </w:r>
          </w:p>
        </w:tc>
        <w:tc>
          <w:tcPr>
            <w:tcW w:w="2064" w:type="dxa"/>
            <w:shd w:val="clear" w:color="auto" w:fill="DDEFEF"/>
            <w:vAlign w:val="center"/>
          </w:tcPr>
          <w:p w14:paraId="50F577C7" w14:textId="77777777" w:rsidR="00CE0C70" w:rsidRDefault="00000000" w:rsidP="00184567">
            <w:pPr>
              <w:bidi/>
            </w:pPr>
            <w:r>
              <w:rPr>
                <w:b/>
              </w:rPr>
              <w:t>الزوجة أو وكيلها</w:t>
            </w:r>
          </w:p>
        </w:tc>
        <w:tc>
          <w:tcPr>
            <w:tcW w:w="2064" w:type="dxa"/>
            <w:shd w:val="clear" w:color="auto" w:fill="DDEFEF"/>
            <w:vAlign w:val="center"/>
          </w:tcPr>
          <w:p w14:paraId="7400E7CE" w14:textId="77777777" w:rsidR="00CE0C70" w:rsidRDefault="00000000" w:rsidP="00184567">
            <w:pPr>
              <w:bidi/>
            </w:pPr>
            <w:r>
              <w:rPr>
                <w:b/>
              </w:rPr>
              <w:t>الولي الشرعي</w:t>
            </w:r>
          </w:p>
        </w:tc>
        <w:tc>
          <w:tcPr>
            <w:tcW w:w="2064" w:type="dxa"/>
            <w:shd w:val="clear" w:color="auto" w:fill="DDEFEF"/>
            <w:vAlign w:val="center"/>
          </w:tcPr>
          <w:p w14:paraId="61C9B3DC" w14:textId="77777777" w:rsidR="00CE0C70" w:rsidRDefault="00000000" w:rsidP="00184567">
            <w:pPr>
              <w:bidi/>
            </w:pPr>
            <w:r>
              <w:rPr>
                <w:b/>
              </w:rPr>
              <w:t>الشاهد الأول</w:t>
            </w:r>
          </w:p>
        </w:tc>
        <w:tc>
          <w:tcPr>
            <w:tcW w:w="2064" w:type="dxa"/>
            <w:shd w:val="clear" w:color="auto" w:fill="DDEFEF"/>
            <w:vAlign w:val="center"/>
          </w:tcPr>
          <w:p w14:paraId="1205D9AA" w14:textId="77777777" w:rsidR="00CE0C70" w:rsidRDefault="00000000" w:rsidP="00184567">
            <w:pPr>
              <w:bidi/>
            </w:pPr>
            <w:r>
              <w:rPr>
                <w:b/>
              </w:rPr>
              <w:t>الشاهد الثاني</w:t>
            </w:r>
          </w:p>
        </w:tc>
      </w:tr>
      <w:tr w:rsidR="00CE0C70" w14:paraId="2BA086C1" w14:textId="77777777">
        <w:trPr>
          <w:jc w:val="center"/>
        </w:trPr>
        <w:tc>
          <w:tcPr>
            <w:tcW w:w="2064" w:type="dxa"/>
            <w:vAlign w:val="center"/>
          </w:tcPr>
          <w:p w14:paraId="013DABAC" w14:textId="77777777" w:rsidR="00CE0C70" w:rsidRDefault="00000000" w:rsidP="00184567">
            <w:pPr>
              <w:bidi/>
            </w:pPr>
            <w:r>
              <w:t>[الاسم والتوقيع]</w:t>
            </w:r>
          </w:p>
        </w:tc>
        <w:tc>
          <w:tcPr>
            <w:tcW w:w="2064" w:type="dxa"/>
            <w:vAlign w:val="center"/>
          </w:tcPr>
          <w:p w14:paraId="35EF91D8" w14:textId="77777777" w:rsidR="00CE0C70" w:rsidRDefault="00000000" w:rsidP="00184567">
            <w:pPr>
              <w:bidi/>
            </w:pPr>
            <w:r>
              <w:t>[الاسم والتوقيع]</w:t>
            </w:r>
          </w:p>
        </w:tc>
        <w:tc>
          <w:tcPr>
            <w:tcW w:w="2064" w:type="dxa"/>
            <w:vAlign w:val="center"/>
          </w:tcPr>
          <w:p w14:paraId="42BAD354" w14:textId="77777777" w:rsidR="00CE0C70" w:rsidRDefault="00000000" w:rsidP="00184567">
            <w:pPr>
              <w:bidi/>
            </w:pPr>
            <w:r>
              <w:t>[الاسم والتوقيع]</w:t>
            </w:r>
          </w:p>
        </w:tc>
        <w:tc>
          <w:tcPr>
            <w:tcW w:w="2064" w:type="dxa"/>
            <w:vAlign w:val="center"/>
          </w:tcPr>
          <w:p w14:paraId="144A03E0" w14:textId="77777777" w:rsidR="00CE0C70" w:rsidRDefault="00000000" w:rsidP="00184567">
            <w:pPr>
              <w:bidi/>
            </w:pPr>
            <w:r>
              <w:t>[الاسم والتوقيع]</w:t>
            </w:r>
          </w:p>
        </w:tc>
        <w:tc>
          <w:tcPr>
            <w:tcW w:w="2064" w:type="dxa"/>
            <w:vAlign w:val="center"/>
          </w:tcPr>
          <w:p w14:paraId="7683715A" w14:textId="77777777" w:rsidR="00CE0C70" w:rsidRDefault="00000000" w:rsidP="00184567">
            <w:pPr>
              <w:bidi/>
            </w:pPr>
            <w:r>
              <w:t>[الاسم والتوقيع]</w:t>
            </w:r>
          </w:p>
        </w:tc>
      </w:tr>
    </w:tbl>
    <w:p w14:paraId="485E53BC" w14:textId="77777777" w:rsidR="00CE0C70" w:rsidRDefault="00000000" w:rsidP="00184567">
      <w:pPr>
        <w:bidi/>
        <w:spacing w:after="120"/>
      </w:pPr>
      <w:r>
        <w:t>مأذون الأنكحة: [الاسم والتوقيع]</w:t>
      </w:r>
    </w:p>
    <w:p w14:paraId="65BF20EC" w14:textId="77777777" w:rsidR="00CE0C70" w:rsidRDefault="00000000" w:rsidP="00184567">
      <w:pPr>
        <w:bidi/>
        <w:spacing w:after="120"/>
      </w:pPr>
      <w:r>
        <w:t xml:space="preserve">رقم العقد إن وجد: [رقم </w:t>
      </w:r>
      <w:proofErr w:type="gramStart"/>
      <w:r>
        <w:t xml:space="preserve">العقد]   </w:t>
      </w:r>
      <w:proofErr w:type="gramEnd"/>
      <w:r>
        <w:t xml:space="preserve">  |     تاريخ التوثيق: [تاريخ التوثيق]</w:t>
      </w:r>
    </w:p>
    <w:p w14:paraId="73A25D4F" w14:textId="77777777" w:rsidR="00184567" w:rsidRDefault="00184567" w:rsidP="00184567">
      <w:pPr>
        <w:bidi/>
        <w:spacing w:after="120"/>
      </w:pPr>
    </w:p>
    <w:p w14:paraId="2B5FFDCF" w14:textId="77777777" w:rsidR="00184567" w:rsidRDefault="00184567" w:rsidP="00184567">
      <w:pPr>
        <w:bidi/>
        <w:spacing w:after="120"/>
      </w:pPr>
    </w:p>
    <w:p w14:paraId="27345360" w14:textId="77777777" w:rsidR="00184567" w:rsidRDefault="00184567" w:rsidP="00184567">
      <w:pPr>
        <w:bidi/>
        <w:spacing w:after="120"/>
      </w:pPr>
    </w:p>
    <w:p w14:paraId="50D648C1" w14:textId="77777777" w:rsidR="00184567" w:rsidRDefault="00184567" w:rsidP="00184567">
      <w:pPr>
        <w:bidi/>
        <w:spacing w:after="120"/>
      </w:pPr>
    </w:p>
    <w:p w14:paraId="189668BA" w14:textId="47B1E82F" w:rsidR="00184567" w:rsidRPr="00184567" w:rsidRDefault="00000000" w:rsidP="00184567">
      <w:pPr>
        <w:shd w:val="clear" w:color="auto" w:fill="FFF2CC"/>
        <w:bidi/>
        <w:spacing w:after="120"/>
        <w:rPr>
          <w:b/>
          <w:sz w:val="21"/>
        </w:rPr>
      </w:pPr>
      <w:r>
        <w:rPr>
          <w:b/>
          <w:sz w:val="21"/>
        </w:rPr>
        <w:t xml:space="preserve">تنبيه مهم: هذا النموذج استرشادي لصياغة عقد نكاح مكتوب، ولا يغني عن التوثيق الرسمي لدى الجهات المختصة </w:t>
      </w:r>
      <w:proofErr w:type="spellStart"/>
      <w:r>
        <w:rPr>
          <w:b/>
          <w:sz w:val="21"/>
        </w:rPr>
        <w:t>في</w:t>
      </w:r>
      <w:proofErr w:type="spellEnd"/>
      <w:r>
        <w:rPr>
          <w:b/>
          <w:sz w:val="21"/>
        </w:rPr>
        <w:t xml:space="preserve"> </w:t>
      </w:r>
      <w:proofErr w:type="spellStart"/>
      <w:r>
        <w:rPr>
          <w:b/>
          <w:sz w:val="21"/>
        </w:rPr>
        <w:t>المملكة</w:t>
      </w:r>
      <w:proofErr w:type="spellEnd"/>
      <w:r>
        <w:rPr>
          <w:b/>
          <w:sz w:val="21"/>
        </w:rPr>
        <w:t xml:space="preserve"> </w:t>
      </w:r>
      <w:proofErr w:type="spellStart"/>
      <w:r>
        <w:rPr>
          <w:b/>
          <w:sz w:val="21"/>
        </w:rPr>
        <w:t>العربية</w:t>
      </w:r>
      <w:proofErr w:type="spellEnd"/>
      <w:r>
        <w:rPr>
          <w:b/>
          <w:sz w:val="21"/>
        </w:rPr>
        <w:t xml:space="preserve"> </w:t>
      </w:r>
      <w:proofErr w:type="spellStart"/>
      <w:r>
        <w:rPr>
          <w:b/>
          <w:sz w:val="21"/>
        </w:rPr>
        <w:t>السعودية</w:t>
      </w:r>
      <w:proofErr w:type="spellEnd"/>
      <w:r>
        <w:rPr>
          <w:b/>
          <w:sz w:val="21"/>
        </w:rPr>
        <w:t>.</w:t>
      </w:r>
    </w:p>
    <w:sectPr w:rsidR="00184567" w:rsidRPr="00184567" w:rsidSect="00034616">
      <w:pgSz w:w="11906" w:h="16838"/>
      <w:pgMar w:top="907" w:right="794" w:bottom="794" w:left="79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787360451">
    <w:abstractNumId w:val="8"/>
  </w:num>
  <w:num w:numId="2" w16cid:durableId="1772772552">
    <w:abstractNumId w:val="6"/>
  </w:num>
  <w:num w:numId="3" w16cid:durableId="2011445127">
    <w:abstractNumId w:val="5"/>
  </w:num>
  <w:num w:numId="4" w16cid:durableId="1420322501">
    <w:abstractNumId w:val="4"/>
  </w:num>
  <w:num w:numId="5" w16cid:durableId="735396965">
    <w:abstractNumId w:val="7"/>
  </w:num>
  <w:num w:numId="6" w16cid:durableId="937449433">
    <w:abstractNumId w:val="3"/>
  </w:num>
  <w:num w:numId="7" w16cid:durableId="160125492">
    <w:abstractNumId w:val="2"/>
  </w:num>
  <w:num w:numId="8" w16cid:durableId="901868552">
    <w:abstractNumId w:val="1"/>
  </w:num>
  <w:num w:numId="9" w16cid:durableId="893465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C0B50"/>
    <w:rsid w:val="0015074B"/>
    <w:rsid w:val="00184567"/>
    <w:rsid w:val="0029639D"/>
    <w:rsid w:val="00326F90"/>
    <w:rsid w:val="00AA1D8D"/>
    <w:rsid w:val="00B47730"/>
    <w:rsid w:val="00CB0664"/>
    <w:rsid w:val="00CE0C7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B8C384"/>
  <w14:defaultImageDpi w14:val="300"/>
  <w15:docId w15:val="{35AD0421-5E8C-46C8-B726-7E5FD3457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cs="Arial"/>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434</Words>
  <Characters>2477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LAPTOP SHOP</cp:lastModifiedBy>
  <cp:revision>2</cp:revision>
  <dcterms:created xsi:type="dcterms:W3CDTF">2013-12-23T23:15:00Z</dcterms:created>
  <dcterms:modified xsi:type="dcterms:W3CDTF">2026-07-04T09:40:00Z</dcterms:modified>
  <cp:category/>
</cp:coreProperties>
</file>